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9E4AE" w14:textId="45068E21" w:rsidR="00DB7C36" w:rsidRPr="00B55384" w:rsidRDefault="00465BDF">
      <w:pPr>
        <w:pStyle w:val="Title"/>
        <w:jc w:val="center"/>
        <w:rPr>
          <w:rStyle w:val="Heading1Char"/>
        </w:rPr>
      </w:pPr>
      <w:r>
        <w:rPr>
          <w:noProof/>
        </w:rPr>
        <w:drawing>
          <wp:anchor distT="0" distB="0" distL="114300" distR="114300" simplePos="0" relativeHeight="251659264" behindDoc="1" locked="0" layoutInCell="1" allowOverlap="1" wp14:anchorId="7C4C049D" wp14:editId="0B59E3CA">
            <wp:simplePos x="0" y="0"/>
            <wp:positionH relativeFrom="column">
              <wp:posOffset>0</wp:posOffset>
            </wp:positionH>
            <wp:positionV relativeFrom="paragraph">
              <wp:posOffset>446</wp:posOffset>
            </wp:positionV>
            <wp:extent cx="1544955" cy="810895"/>
            <wp:effectExtent l="0" t="0" r="0" b="8255"/>
            <wp:wrapTight wrapText="bothSides">
              <wp:wrapPolygon edited="0">
                <wp:start x="0" y="0"/>
                <wp:lineTo x="0" y="21312"/>
                <wp:lineTo x="21307" y="21312"/>
                <wp:lineTo x="21307" y="0"/>
                <wp:lineTo x="0" y="0"/>
              </wp:wrapPolygon>
            </wp:wrapTight>
            <wp:docPr id="644395551" name="Picture 2" descr="A blue and white sign with a black cross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5551" name="Picture 2" descr="A blue and white sign with a black cross and a shiel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495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48"/>
        </w:rPr>
        <w:t>P</w:t>
      </w:r>
      <w:r w:rsidR="00443E0B">
        <w:rPr>
          <w:rStyle w:val="Heading1Char"/>
        </w:rPr>
        <w:t>re-Tournament Medical Team Email</w:t>
      </w:r>
    </w:p>
    <w:p w14:paraId="3C815929" w14:textId="2FBA67C5" w:rsidR="00DB7C36" w:rsidRDefault="00443E0B" w:rsidP="00E46E65">
      <w:pPr>
        <w:jc w:val="center"/>
      </w:pPr>
      <w:r>
        <w:rPr>
          <w:i/>
          <w:sz w:val="28"/>
        </w:rPr>
        <w:t>Template Email to Medical Team</w:t>
      </w:r>
    </w:p>
    <w:p w14:paraId="6A7F8A45" w14:textId="77777777" w:rsidR="00443E0B" w:rsidRPr="00443E0B" w:rsidRDefault="00443E0B" w:rsidP="00443E0B">
      <w:pPr>
        <w:pStyle w:val="Heading2"/>
        <w:rPr>
          <w:lang w:val="en"/>
        </w:rPr>
      </w:pPr>
      <w:r w:rsidRPr="00443E0B">
        <w:rPr>
          <w:lang w:val="en"/>
        </w:rPr>
        <w:t>Template Email</w:t>
      </w:r>
    </w:p>
    <w:p w14:paraId="39E87692" w14:textId="77777777" w:rsidR="00443E0B" w:rsidRPr="00443E0B" w:rsidRDefault="00443E0B" w:rsidP="00443E0B">
      <w:pPr>
        <w:spacing w:before="240" w:after="240"/>
        <w:rPr>
          <w:rFonts w:eastAsia="Arial" w:cs="Calibri"/>
          <w:lang w:val="en"/>
        </w:rPr>
      </w:pPr>
      <w:r w:rsidRPr="00443E0B">
        <w:rPr>
          <w:rFonts w:eastAsia="Arial" w:cs="Calibri"/>
          <w:b/>
          <w:lang w:val="en"/>
        </w:rPr>
        <w:t>Subject:</w:t>
      </w:r>
      <w:r w:rsidRPr="00443E0B">
        <w:rPr>
          <w:rFonts w:eastAsia="Arial" w:cs="Calibri"/>
          <w:lang w:val="en"/>
        </w:rPr>
        <w:t xml:space="preserve"> Tournament Medical Staff Information</w:t>
      </w:r>
    </w:p>
    <w:p w14:paraId="2619A265" w14:textId="77777777" w:rsidR="00443E0B" w:rsidRPr="00443E0B" w:rsidRDefault="00443E0B" w:rsidP="00443E0B">
      <w:pPr>
        <w:spacing w:before="240" w:after="240"/>
        <w:rPr>
          <w:rFonts w:eastAsia="Arial" w:cs="Calibri"/>
          <w:lang w:val="en"/>
        </w:rPr>
      </w:pPr>
      <w:r w:rsidRPr="00443E0B">
        <w:rPr>
          <w:rFonts w:eastAsia="Arial" w:cs="Calibri"/>
          <w:lang w:val="en"/>
        </w:rPr>
        <w:t>[SALUTATION],</w:t>
      </w:r>
    </w:p>
    <w:p w14:paraId="4077D0FC" w14:textId="77777777" w:rsidR="00443E0B" w:rsidRPr="00443E0B" w:rsidRDefault="00443E0B" w:rsidP="00443E0B">
      <w:pPr>
        <w:spacing w:before="240" w:after="240"/>
        <w:rPr>
          <w:rFonts w:eastAsia="Arial" w:cs="Calibri"/>
          <w:lang w:val="en"/>
        </w:rPr>
      </w:pPr>
      <w:r w:rsidRPr="00443E0B">
        <w:rPr>
          <w:rFonts w:eastAsia="Arial" w:cs="Calibri"/>
          <w:lang w:val="en"/>
        </w:rPr>
        <w:t>Thank you for working [Tournament Name] at [Venue 1], [Venue 2], or [Venue 3]. We ask that you bring your own med kit and ice bags. Ice and water will be provided. Lunch will also be provided.</w:t>
      </w:r>
    </w:p>
    <w:p w14:paraId="4F993AA6" w14:textId="77777777" w:rsidR="00443E0B" w:rsidRPr="00443E0B" w:rsidRDefault="00443E0B" w:rsidP="00443E0B">
      <w:pPr>
        <w:spacing w:before="240" w:after="240"/>
        <w:rPr>
          <w:rFonts w:eastAsia="Arial" w:cs="Calibri"/>
          <w:lang w:val="en"/>
        </w:rPr>
      </w:pPr>
      <w:r w:rsidRPr="00443E0B">
        <w:rPr>
          <w:rFonts w:eastAsia="Arial" w:cs="Calibri"/>
          <w:lang w:val="en"/>
        </w:rPr>
        <w:t>Upon your arrival, be sure to check in at the registration tent. At the registration tent, you will meet our Tournament Directors for the weekend. The tournament directors for [Tournament Name] are:</w:t>
      </w:r>
    </w:p>
    <w:p w14:paraId="446BC9BF" w14:textId="77777777" w:rsidR="00443E0B" w:rsidRPr="00443E0B" w:rsidRDefault="00443E0B" w:rsidP="00443E0B">
      <w:pPr>
        <w:spacing w:before="240" w:after="240"/>
        <w:rPr>
          <w:rFonts w:eastAsia="Arial" w:cs="Calibri"/>
          <w:lang w:val="en"/>
        </w:rPr>
      </w:pPr>
      <w:r w:rsidRPr="00443E0B">
        <w:rPr>
          <w:rFonts w:eastAsia="Arial" w:cs="Calibri"/>
          <w:b/>
          <w:lang w:val="en"/>
        </w:rPr>
        <w:t>[Venue 1]:</w:t>
      </w:r>
      <w:r w:rsidRPr="00443E0B">
        <w:rPr>
          <w:rFonts w:eastAsia="Arial" w:cs="Calibri"/>
          <w:b/>
          <w:lang w:val="en"/>
        </w:rPr>
        <w:br/>
      </w:r>
      <w:r w:rsidRPr="00443E0B">
        <w:rPr>
          <w:rFonts w:eastAsia="Arial" w:cs="Calibri"/>
          <w:lang w:val="en"/>
        </w:rPr>
        <w:t>[Tournament Director Name]: [Phone Number]</w:t>
      </w:r>
      <w:r w:rsidRPr="00443E0B">
        <w:rPr>
          <w:rFonts w:eastAsia="Arial" w:cs="Calibri"/>
          <w:lang w:val="en"/>
        </w:rPr>
        <w:br/>
        <w:t>[Tournament Director Name]: [Phone Number]</w:t>
      </w:r>
    </w:p>
    <w:p w14:paraId="76277D40" w14:textId="77777777" w:rsidR="00443E0B" w:rsidRPr="00443E0B" w:rsidRDefault="00443E0B" w:rsidP="00443E0B">
      <w:pPr>
        <w:spacing w:before="240" w:after="240"/>
        <w:rPr>
          <w:rFonts w:eastAsia="Arial" w:cs="Calibri"/>
          <w:lang w:val="en"/>
        </w:rPr>
      </w:pPr>
      <w:r w:rsidRPr="00443E0B">
        <w:rPr>
          <w:rFonts w:eastAsia="Arial" w:cs="Calibri"/>
          <w:b/>
          <w:lang w:val="en"/>
        </w:rPr>
        <w:t>[Venue 2]:</w:t>
      </w:r>
      <w:r w:rsidRPr="00443E0B">
        <w:rPr>
          <w:rFonts w:eastAsia="Arial" w:cs="Calibri"/>
          <w:b/>
          <w:lang w:val="en"/>
        </w:rPr>
        <w:br/>
      </w:r>
      <w:r w:rsidRPr="00443E0B">
        <w:rPr>
          <w:rFonts w:eastAsia="Arial" w:cs="Calibri"/>
          <w:lang w:val="en"/>
        </w:rPr>
        <w:t>[Tournament Director Name]: [Phone Number]</w:t>
      </w:r>
      <w:r w:rsidRPr="00443E0B">
        <w:rPr>
          <w:rFonts w:eastAsia="Arial" w:cs="Calibri"/>
          <w:lang w:val="en"/>
        </w:rPr>
        <w:br/>
        <w:t>[Tournament Director Name]: [Phone Number]</w:t>
      </w:r>
    </w:p>
    <w:p w14:paraId="63FCEA6C" w14:textId="77777777" w:rsidR="00443E0B" w:rsidRPr="00443E0B" w:rsidRDefault="00443E0B" w:rsidP="00443E0B">
      <w:pPr>
        <w:spacing w:before="240" w:after="240"/>
        <w:rPr>
          <w:rFonts w:eastAsia="Arial" w:cs="Calibri"/>
          <w:lang w:val="en"/>
        </w:rPr>
      </w:pPr>
      <w:r w:rsidRPr="00443E0B">
        <w:rPr>
          <w:rFonts w:eastAsia="Arial" w:cs="Calibri"/>
          <w:b/>
          <w:lang w:val="en"/>
        </w:rPr>
        <w:t>[Venue 3]:</w:t>
      </w:r>
      <w:r w:rsidRPr="00443E0B">
        <w:rPr>
          <w:rFonts w:eastAsia="Arial" w:cs="Calibri"/>
          <w:b/>
          <w:lang w:val="en"/>
        </w:rPr>
        <w:br/>
      </w:r>
      <w:r w:rsidRPr="00443E0B">
        <w:rPr>
          <w:rFonts w:eastAsia="Arial" w:cs="Calibri"/>
          <w:lang w:val="en"/>
        </w:rPr>
        <w:t>[Tournament Director Name]: [Phone Number]</w:t>
      </w:r>
    </w:p>
    <w:p w14:paraId="78BA19E8" w14:textId="77777777" w:rsidR="00443E0B" w:rsidRPr="00443E0B" w:rsidRDefault="00443E0B" w:rsidP="00443E0B">
      <w:pPr>
        <w:spacing w:before="240" w:after="240"/>
        <w:rPr>
          <w:rFonts w:eastAsia="Arial" w:cs="Calibri"/>
          <w:lang w:val="en"/>
        </w:rPr>
      </w:pPr>
      <w:r w:rsidRPr="00443E0B">
        <w:rPr>
          <w:rFonts w:eastAsia="Arial" w:cs="Calibri"/>
          <w:lang w:val="en"/>
        </w:rPr>
        <w:t>Upon your arrival, you will be given your [SUPPLY LIST]. Please be sure [DIRECTIONS ABOUT SUPPLIES].</w:t>
      </w:r>
    </w:p>
    <w:p w14:paraId="1680CFF8" w14:textId="77777777" w:rsidR="00443E0B" w:rsidRPr="00443E0B" w:rsidRDefault="00443E0B" w:rsidP="00443E0B">
      <w:pPr>
        <w:spacing w:before="240" w:after="240"/>
        <w:rPr>
          <w:rFonts w:eastAsia="Arial" w:cs="Calibri"/>
          <w:lang w:val="en"/>
        </w:rPr>
      </w:pPr>
      <w:r w:rsidRPr="00443E0B">
        <w:rPr>
          <w:rFonts w:eastAsia="Arial" w:cs="Calibri"/>
          <w:lang w:val="en"/>
        </w:rPr>
        <w:t>In your binder, you will find the venue’s emergency action plan, blank injury report forms, blank SCAT5/Child SCAT5 forms, and post-concussion home instructions. Please review the emergency action plan upon your arrival.</w:t>
      </w:r>
    </w:p>
    <w:p w14:paraId="66B72C24" w14:textId="77777777" w:rsidR="00443E0B" w:rsidRPr="00443E0B" w:rsidRDefault="00443E0B" w:rsidP="00443E0B">
      <w:pPr>
        <w:spacing w:before="240" w:after="240"/>
        <w:rPr>
          <w:rFonts w:eastAsia="Arial" w:cs="Calibri"/>
          <w:lang w:val="en"/>
        </w:rPr>
      </w:pPr>
      <w:r w:rsidRPr="00443E0B">
        <w:rPr>
          <w:rFonts w:eastAsia="Arial" w:cs="Calibri"/>
          <w:lang w:val="en"/>
        </w:rPr>
        <w:t>In the event of a concussion, please complete two SCAT5 forms—give one to the patient’s parent or guardian and leave one in the binder. In addition, make sure you provide the athlete's parent or guardian with concussion home instructions.</w:t>
      </w:r>
    </w:p>
    <w:p w14:paraId="1C25531F" w14:textId="77777777" w:rsidR="00443E0B" w:rsidRPr="00443E0B" w:rsidRDefault="00443E0B" w:rsidP="00443E0B">
      <w:pPr>
        <w:spacing w:before="240" w:after="240"/>
        <w:rPr>
          <w:rFonts w:eastAsia="Arial" w:cs="Calibri"/>
          <w:lang w:val="en"/>
        </w:rPr>
      </w:pPr>
      <w:r w:rsidRPr="00443E0B">
        <w:rPr>
          <w:rFonts w:eastAsia="Arial" w:cs="Calibri"/>
          <w:lang w:val="en"/>
        </w:rPr>
        <w:t>If you need to activate the emergency action plan, please immediately inform the tournament staff that you are doing so. Please indicate if you have already called 911 or if you would like them to call for an ambulance and provide them with the necessary details to do so.</w:t>
      </w:r>
    </w:p>
    <w:p w14:paraId="5EF29145" w14:textId="77777777" w:rsidR="00443E0B" w:rsidRPr="00443E0B" w:rsidRDefault="00443E0B" w:rsidP="00443E0B">
      <w:pPr>
        <w:spacing w:before="240" w:after="240"/>
        <w:rPr>
          <w:rFonts w:eastAsia="Arial" w:cs="Calibri"/>
          <w:lang w:val="en"/>
        </w:rPr>
      </w:pPr>
      <w:r w:rsidRPr="00443E0B">
        <w:rPr>
          <w:rFonts w:eastAsia="Arial" w:cs="Calibri"/>
          <w:lang w:val="en"/>
        </w:rPr>
        <w:t>If you need an AED, there is one located in [AED LOCATION]. Please radio for the AED and an ambulance to your location and begin CPR.</w:t>
      </w:r>
    </w:p>
    <w:p w14:paraId="1ABBE913" w14:textId="77777777" w:rsidR="00443E0B" w:rsidRPr="00443E0B" w:rsidRDefault="00443E0B" w:rsidP="00443E0B">
      <w:pPr>
        <w:spacing w:before="240" w:after="240"/>
        <w:rPr>
          <w:rFonts w:eastAsia="Arial" w:cs="Calibri"/>
          <w:lang w:val="en"/>
        </w:rPr>
      </w:pPr>
      <w:r w:rsidRPr="00443E0B">
        <w:rPr>
          <w:rFonts w:eastAsia="Arial" w:cs="Calibri"/>
          <w:lang w:val="en"/>
        </w:rPr>
        <w:t>The tournament staff on-site has [TOURNAMENT STAFF LEVEL OF TRAINING] handling emergency situations at tournaments. They are prepared to assist with [TOURNAMENT STAFF SKILLS]. Please also note that all of our tournament staff is CPR/AED trained.</w:t>
      </w:r>
    </w:p>
    <w:p w14:paraId="35E92BAF" w14:textId="77777777" w:rsidR="00443E0B" w:rsidRPr="00443E0B" w:rsidRDefault="00443E0B" w:rsidP="00443E0B">
      <w:pPr>
        <w:spacing w:before="240" w:after="240"/>
        <w:rPr>
          <w:rFonts w:eastAsia="Arial" w:cs="Calibri"/>
          <w:lang w:val="en"/>
        </w:rPr>
      </w:pPr>
      <w:r w:rsidRPr="00443E0B">
        <w:rPr>
          <w:rFonts w:eastAsia="Arial" w:cs="Calibri"/>
          <w:lang w:val="en"/>
        </w:rPr>
        <w:lastRenderedPageBreak/>
        <w:t>If you have any questions, comments, or concerns, please contact either [Contact Name] ([Phone Number]) or [Contact Name] ([Phone Number]).</w:t>
      </w:r>
    </w:p>
    <w:p w14:paraId="4D3DB1BD" w14:textId="77777777" w:rsidR="00443E0B" w:rsidRPr="00443E0B" w:rsidRDefault="00443E0B" w:rsidP="00443E0B">
      <w:pPr>
        <w:spacing w:before="240" w:after="240"/>
        <w:rPr>
          <w:rFonts w:eastAsia="Arial" w:cs="Calibri"/>
          <w:lang w:val="en"/>
        </w:rPr>
      </w:pPr>
      <w:r w:rsidRPr="00443E0B">
        <w:rPr>
          <w:rFonts w:eastAsia="Arial" w:cs="Calibri"/>
          <w:lang w:val="en"/>
        </w:rPr>
        <w:t>After the event, please return your AT manual, walkie-talkie, and red vest to the tournament staff before your departure. You will be paid for this weekend via Go4Ellis.</w:t>
      </w:r>
    </w:p>
    <w:p w14:paraId="52D87F58" w14:textId="77777777" w:rsidR="00443E0B" w:rsidRPr="00443E0B" w:rsidRDefault="00443E0B" w:rsidP="00443E0B">
      <w:pPr>
        <w:spacing w:before="240" w:after="240"/>
        <w:rPr>
          <w:rFonts w:eastAsia="Arial" w:cs="Calibri"/>
          <w:b/>
          <w:lang w:val="en"/>
        </w:rPr>
      </w:pPr>
      <w:r w:rsidRPr="00443E0B">
        <w:rPr>
          <w:rFonts w:eastAsia="Arial" w:cs="Calibri"/>
          <w:b/>
          <w:lang w:val="en"/>
        </w:rPr>
        <w:t>Shift times for the weekend are as follows:</w:t>
      </w:r>
    </w:p>
    <w:p w14:paraId="569A2B15" w14:textId="77777777" w:rsidR="00443E0B" w:rsidRPr="00443E0B" w:rsidRDefault="00443E0B" w:rsidP="00443E0B">
      <w:pPr>
        <w:spacing w:before="240" w:after="240"/>
        <w:rPr>
          <w:rFonts w:eastAsia="Arial" w:cs="Calibri"/>
          <w:lang w:val="en"/>
        </w:rPr>
      </w:pPr>
      <w:r w:rsidRPr="00443E0B">
        <w:rPr>
          <w:rFonts w:eastAsia="Arial" w:cs="Calibri"/>
          <w:b/>
          <w:lang w:val="en"/>
        </w:rPr>
        <w:t>Saturday ([Date])</w:t>
      </w:r>
      <w:r w:rsidRPr="00443E0B">
        <w:rPr>
          <w:rFonts w:eastAsia="Arial" w:cs="Calibri"/>
          <w:b/>
          <w:lang w:val="en"/>
        </w:rPr>
        <w:br/>
        <w:t>[Venue 1]</w:t>
      </w:r>
      <w:r w:rsidRPr="00443E0B">
        <w:rPr>
          <w:rFonts w:eastAsia="Arial" w:cs="Calibri"/>
          <w:b/>
          <w:lang w:val="en"/>
        </w:rPr>
        <w:br/>
      </w:r>
      <w:r w:rsidRPr="00443E0B">
        <w:rPr>
          <w:rFonts w:eastAsia="Arial" w:cs="Calibri"/>
          <w:lang w:val="en"/>
        </w:rPr>
        <w:t>[Name] - [Shift Time]</w:t>
      </w:r>
      <w:r w:rsidRPr="00443E0B">
        <w:rPr>
          <w:rFonts w:eastAsia="Arial" w:cs="Calibri"/>
          <w:lang w:val="en"/>
        </w:rPr>
        <w:br/>
        <w:t>[Name] - [Shift Time]</w:t>
      </w:r>
    </w:p>
    <w:p w14:paraId="7373B5D8" w14:textId="77777777" w:rsidR="00443E0B" w:rsidRPr="00443E0B" w:rsidRDefault="00443E0B" w:rsidP="00443E0B">
      <w:pPr>
        <w:spacing w:before="240" w:after="240"/>
        <w:rPr>
          <w:rFonts w:eastAsia="Arial" w:cs="Calibri"/>
          <w:lang w:val="en"/>
        </w:rPr>
      </w:pPr>
      <w:r w:rsidRPr="00443E0B">
        <w:rPr>
          <w:rFonts w:eastAsia="Arial" w:cs="Calibri"/>
          <w:b/>
          <w:lang w:val="en"/>
        </w:rPr>
        <w:t>[Venue 2]</w:t>
      </w:r>
      <w:r w:rsidRPr="00443E0B">
        <w:rPr>
          <w:rFonts w:eastAsia="Arial" w:cs="Calibri"/>
          <w:b/>
          <w:lang w:val="en"/>
        </w:rPr>
        <w:br/>
      </w:r>
      <w:r w:rsidRPr="00443E0B">
        <w:rPr>
          <w:rFonts w:eastAsia="Arial" w:cs="Calibri"/>
          <w:lang w:val="en"/>
        </w:rPr>
        <w:t>[Name] - [Shift Time]</w:t>
      </w:r>
      <w:r w:rsidRPr="00443E0B">
        <w:rPr>
          <w:rFonts w:eastAsia="Arial" w:cs="Calibri"/>
          <w:lang w:val="en"/>
        </w:rPr>
        <w:br/>
        <w:t>[Name] - [Shift Time]</w:t>
      </w:r>
    </w:p>
    <w:p w14:paraId="39140AEB" w14:textId="77777777" w:rsidR="00443E0B" w:rsidRPr="00443E0B" w:rsidRDefault="00443E0B" w:rsidP="00443E0B">
      <w:pPr>
        <w:spacing w:before="240" w:after="240"/>
        <w:rPr>
          <w:rFonts w:eastAsia="Arial" w:cs="Calibri"/>
          <w:lang w:val="en"/>
        </w:rPr>
      </w:pPr>
      <w:r w:rsidRPr="00443E0B">
        <w:rPr>
          <w:rFonts w:eastAsia="Arial" w:cs="Calibri"/>
          <w:b/>
          <w:lang w:val="en"/>
        </w:rPr>
        <w:t>[Venue 3]</w:t>
      </w:r>
      <w:r w:rsidRPr="00443E0B">
        <w:rPr>
          <w:rFonts w:eastAsia="Arial" w:cs="Calibri"/>
          <w:b/>
          <w:lang w:val="en"/>
        </w:rPr>
        <w:br/>
      </w:r>
      <w:r w:rsidRPr="00443E0B">
        <w:rPr>
          <w:rFonts w:eastAsia="Arial" w:cs="Calibri"/>
          <w:lang w:val="en"/>
        </w:rPr>
        <w:t>[Name] - [Shift Time]</w:t>
      </w:r>
      <w:r w:rsidRPr="00443E0B">
        <w:rPr>
          <w:rFonts w:eastAsia="Arial" w:cs="Calibri"/>
          <w:lang w:val="en"/>
        </w:rPr>
        <w:br/>
        <w:t>[Name] - [Shift Time]</w:t>
      </w:r>
    </w:p>
    <w:p w14:paraId="50F39F21" w14:textId="77777777" w:rsidR="00443E0B" w:rsidRPr="00443E0B" w:rsidRDefault="00443E0B" w:rsidP="00443E0B">
      <w:pPr>
        <w:spacing w:before="240" w:after="240"/>
        <w:rPr>
          <w:rFonts w:eastAsia="Arial" w:cs="Calibri"/>
          <w:lang w:val="en"/>
        </w:rPr>
      </w:pPr>
      <w:r w:rsidRPr="00443E0B">
        <w:rPr>
          <w:rFonts w:eastAsia="Arial" w:cs="Calibri"/>
          <w:b/>
          <w:lang w:val="en"/>
        </w:rPr>
        <w:t>Sunday ([Date])</w:t>
      </w:r>
      <w:r w:rsidRPr="00443E0B">
        <w:rPr>
          <w:rFonts w:eastAsia="Arial" w:cs="Calibri"/>
          <w:b/>
          <w:lang w:val="en"/>
        </w:rPr>
        <w:br/>
        <w:t>[Venue 1]</w:t>
      </w:r>
      <w:r w:rsidRPr="00443E0B">
        <w:rPr>
          <w:rFonts w:eastAsia="Arial" w:cs="Calibri"/>
          <w:b/>
          <w:lang w:val="en"/>
        </w:rPr>
        <w:br/>
      </w:r>
      <w:r w:rsidRPr="00443E0B">
        <w:rPr>
          <w:rFonts w:eastAsia="Arial" w:cs="Calibri"/>
          <w:lang w:val="en"/>
        </w:rPr>
        <w:t>[Name] - [Shift Time]</w:t>
      </w:r>
      <w:r w:rsidRPr="00443E0B">
        <w:rPr>
          <w:rFonts w:eastAsia="Arial" w:cs="Calibri"/>
          <w:lang w:val="en"/>
        </w:rPr>
        <w:br/>
        <w:t>[Name] - [Shift Time]</w:t>
      </w:r>
    </w:p>
    <w:p w14:paraId="2D2C92F3" w14:textId="77777777" w:rsidR="00443E0B" w:rsidRPr="00443E0B" w:rsidRDefault="00443E0B" w:rsidP="00443E0B">
      <w:pPr>
        <w:spacing w:before="240" w:after="240"/>
        <w:rPr>
          <w:rFonts w:eastAsia="Arial" w:cs="Calibri"/>
          <w:lang w:val="en"/>
        </w:rPr>
      </w:pPr>
      <w:r w:rsidRPr="00443E0B">
        <w:rPr>
          <w:rFonts w:eastAsia="Arial" w:cs="Calibri"/>
          <w:b/>
          <w:lang w:val="en"/>
        </w:rPr>
        <w:t>[Venue 2]</w:t>
      </w:r>
      <w:r w:rsidRPr="00443E0B">
        <w:rPr>
          <w:rFonts w:eastAsia="Arial" w:cs="Calibri"/>
          <w:b/>
          <w:lang w:val="en"/>
        </w:rPr>
        <w:br/>
      </w:r>
      <w:r w:rsidRPr="00443E0B">
        <w:rPr>
          <w:rFonts w:eastAsia="Arial" w:cs="Calibri"/>
          <w:lang w:val="en"/>
        </w:rPr>
        <w:t>[Name] - [Shift Time]</w:t>
      </w:r>
      <w:r w:rsidRPr="00443E0B">
        <w:rPr>
          <w:rFonts w:eastAsia="Arial" w:cs="Calibri"/>
          <w:lang w:val="en"/>
        </w:rPr>
        <w:br/>
        <w:t>[Name] - [Shift Time]</w:t>
      </w:r>
    </w:p>
    <w:p w14:paraId="220E4594" w14:textId="77777777" w:rsidR="00443E0B" w:rsidRPr="00443E0B" w:rsidRDefault="00443E0B" w:rsidP="00443E0B">
      <w:pPr>
        <w:spacing w:before="240" w:after="240"/>
        <w:rPr>
          <w:rFonts w:eastAsia="Arial" w:cs="Calibri"/>
          <w:lang w:val="en"/>
        </w:rPr>
      </w:pPr>
      <w:r w:rsidRPr="00443E0B">
        <w:rPr>
          <w:rFonts w:eastAsia="Arial" w:cs="Calibri"/>
          <w:b/>
          <w:lang w:val="en"/>
        </w:rPr>
        <w:t>[Venue 3]</w:t>
      </w:r>
      <w:r w:rsidRPr="00443E0B">
        <w:rPr>
          <w:rFonts w:eastAsia="Arial" w:cs="Calibri"/>
          <w:b/>
          <w:lang w:val="en"/>
        </w:rPr>
        <w:br/>
      </w:r>
      <w:r w:rsidRPr="00443E0B">
        <w:rPr>
          <w:rFonts w:eastAsia="Arial" w:cs="Calibri"/>
          <w:lang w:val="en"/>
        </w:rPr>
        <w:t>[Name] - [Shift Time]</w:t>
      </w:r>
      <w:r w:rsidRPr="00443E0B">
        <w:rPr>
          <w:rFonts w:eastAsia="Arial" w:cs="Calibri"/>
          <w:lang w:val="en"/>
        </w:rPr>
        <w:br/>
        <w:t>[Name] - [Shift Time]</w:t>
      </w:r>
    </w:p>
    <w:p w14:paraId="188FF551" w14:textId="77777777" w:rsidR="00443E0B" w:rsidRPr="00443E0B" w:rsidRDefault="00443E0B" w:rsidP="00443E0B">
      <w:pPr>
        <w:spacing w:before="240" w:after="240"/>
        <w:rPr>
          <w:rFonts w:eastAsia="Arial" w:cs="Calibri"/>
          <w:b/>
          <w:i/>
          <w:lang w:val="en"/>
        </w:rPr>
      </w:pPr>
      <w:r w:rsidRPr="00443E0B">
        <w:rPr>
          <w:rFonts w:eastAsia="Arial" w:cs="Calibri"/>
          <w:b/>
          <w:i/>
          <w:lang w:val="en"/>
        </w:rPr>
        <w:t>The shift times will be updated on the app this weekend.</w:t>
      </w:r>
    </w:p>
    <w:p w14:paraId="65C2E0E4" w14:textId="77777777" w:rsidR="00443E0B" w:rsidRPr="00443E0B" w:rsidRDefault="00443E0B" w:rsidP="00443E0B">
      <w:pPr>
        <w:spacing w:before="240" w:after="240"/>
        <w:rPr>
          <w:rFonts w:eastAsia="Arial" w:cs="Calibri"/>
          <w:lang w:val="en"/>
        </w:rPr>
      </w:pPr>
      <w:r w:rsidRPr="00443E0B">
        <w:rPr>
          <w:rFonts w:eastAsia="Arial" w:cs="Calibri"/>
          <w:lang w:val="en"/>
        </w:rPr>
        <w:t>Attached, please find our emergency action plan for each of our venues. Please review your venue's EAP before your shift this weekend! If you have any questions, please let me know.</w:t>
      </w:r>
    </w:p>
    <w:p w14:paraId="003A7B13" w14:textId="77777777" w:rsidR="00443E0B" w:rsidRPr="00443E0B" w:rsidRDefault="00443E0B" w:rsidP="00443E0B">
      <w:pPr>
        <w:spacing w:before="240" w:after="240"/>
        <w:rPr>
          <w:rFonts w:eastAsia="Arial" w:cs="Calibri"/>
          <w:lang w:val="en"/>
        </w:rPr>
      </w:pPr>
      <w:r w:rsidRPr="00443E0B">
        <w:rPr>
          <w:rFonts w:eastAsia="Arial" w:cs="Calibri"/>
          <w:lang w:val="en"/>
        </w:rPr>
        <w:t>Thank you again for all that you do for [Tournament Organization]!</w:t>
      </w:r>
    </w:p>
    <w:p w14:paraId="5E903F1F" w14:textId="77777777" w:rsidR="00443E0B" w:rsidRPr="00443E0B" w:rsidRDefault="00443E0B" w:rsidP="00443E0B">
      <w:pPr>
        <w:spacing w:after="0"/>
        <w:rPr>
          <w:rFonts w:eastAsia="Arial" w:cs="Calibri"/>
          <w:lang w:val="en"/>
        </w:rPr>
      </w:pPr>
      <w:r w:rsidRPr="00443E0B">
        <w:rPr>
          <w:rFonts w:eastAsia="Arial" w:cs="Calibri"/>
          <w:lang w:val="en"/>
        </w:rPr>
        <w:t>[YOUR NAME]</w:t>
      </w:r>
    </w:p>
    <w:p w14:paraId="5ED28372" w14:textId="77777777" w:rsidR="00443E0B" w:rsidRPr="00443E0B" w:rsidRDefault="00443E0B" w:rsidP="00443E0B">
      <w:pPr>
        <w:shd w:val="clear" w:color="auto" w:fill="FFFFFF"/>
        <w:spacing w:after="0"/>
        <w:rPr>
          <w:rFonts w:ascii="Arial" w:eastAsia="Arial" w:hAnsi="Arial" w:cs="Arial"/>
          <w:color w:val="222222"/>
          <w:sz w:val="20"/>
          <w:szCs w:val="20"/>
          <w:lang w:val="en"/>
        </w:rPr>
      </w:pPr>
    </w:p>
    <w:p w14:paraId="4D0985F4" w14:textId="77777777" w:rsidR="00443E0B" w:rsidRPr="00443E0B" w:rsidRDefault="00443E0B" w:rsidP="00443E0B">
      <w:pPr>
        <w:shd w:val="clear" w:color="auto" w:fill="FFFFFF"/>
        <w:spacing w:after="0"/>
        <w:rPr>
          <w:rFonts w:ascii="Arial" w:eastAsia="Arial" w:hAnsi="Arial" w:cs="Arial"/>
          <w:color w:val="222222"/>
          <w:sz w:val="20"/>
          <w:szCs w:val="20"/>
          <w:lang w:val="en"/>
        </w:rPr>
      </w:pPr>
    </w:p>
    <w:p w14:paraId="0164BDCE" w14:textId="77777777" w:rsidR="00443E0B" w:rsidRPr="00443E0B" w:rsidRDefault="00443E0B" w:rsidP="00443E0B">
      <w:pPr>
        <w:shd w:val="clear" w:color="auto" w:fill="FFFFFF"/>
        <w:spacing w:after="0"/>
        <w:rPr>
          <w:rFonts w:ascii="Arial" w:eastAsia="Arial" w:hAnsi="Arial" w:cs="Arial"/>
          <w:color w:val="222222"/>
          <w:sz w:val="20"/>
          <w:szCs w:val="20"/>
          <w:lang w:val="en"/>
        </w:rPr>
      </w:pPr>
    </w:p>
    <w:p w14:paraId="10D24B59" w14:textId="77777777" w:rsidR="00443E0B" w:rsidRPr="00443E0B" w:rsidRDefault="00443E0B" w:rsidP="00443E0B">
      <w:pPr>
        <w:shd w:val="clear" w:color="auto" w:fill="FFFFFF"/>
        <w:spacing w:after="0"/>
        <w:rPr>
          <w:rFonts w:ascii="Arial" w:eastAsia="Arial" w:hAnsi="Arial" w:cs="Arial"/>
          <w:color w:val="222222"/>
          <w:sz w:val="20"/>
          <w:szCs w:val="20"/>
          <w:lang w:val="en"/>
        </w:rPr>
      </w:pPr>
    </w:p>
    <w:p w14:paraId="6EA1620F" w14:textId="77777777" w:rsidR="00443E0B" w:rsidRPr="00443E0B" w:rsidRDefault="00443E0B" w:rsidP="00443E0B">
      <w:pPr>
        <w:shd w:val="clear" w:color="auto" w:fill="FFFFFF"/>
        <w:spacing w:after="0"/>
        <w:rPr>
          <w:rFonts w:ascii="Arial" w:eastAsia="Arial" w:hAnsi="Arial" w:cs="Arial"/>
          <w:color w:val="222222"/>
          <w:sz w:val="20"/>
          <w:szCs w:val="20"/>
          <w:lang w:val="en"/>
        </w:rPr>
      </w:pPr>
    </w:p>
    <w:p w14:paraId="403BBECA" w14:textId="77777777" w:rsidR="00443E0B" w:rsidRPr="00443E0B" w:rsidRDefault="00443E0B" w:rsidP="00443E0B">
      <w:pPr>
        <w:shd w:val="clear" w:color="auto" w:fill="FFFFFF"/>
        <w:spacing w:after="0"/>
        <w:rPr>
          <w:rFonts w:ascii="Arial" w:eastAsia="Arial" w:hAnsi="Arial" w:cs="Arial"/>
          <w:color w:val="222222"/>
          <w:sz w:val="20"/>
          <w:szCs w:val="20"/>
          <w:lang w:val="en"/>
        </w:rPr>
      </w:pPr>
    </w:p>
    <w:p w14:paraId="198C6F8A" w14:textId="715376EB" w:rsidR="00443E0B" w:rsidRDefault="00443E0B" w:rsidP="00443E0B">
      <w:pPr>
        <w:pStyle w:val="Heading2"/>
        <w:rPr>
          <w:lang w:val="en"/>
        </w:rPr>
      </w:pPr>
      <w:r>
        <w:rPr>
          <w:lang w:val="en"/>
        </w:rPr>
        <w:lastRenderedPageBreak/>
        <w:t>Example of Filled in Template Email</w:t>
      </w:r>
    </w:p>
    <w:p w14:paraId="14832F63" w14:textId="77777777" w:rsidR="00443E0B" w:rsidRDefault="00443E0B" w:rsidP="00443E0B">
      <w:pPr>
        <w:shd w:val="clear" w:color="auto" w:fill="FFFFFF"/>
        <w:spacing w:after="0"/>
        <w:rPr>
          <w:rFonts w:ascii="Arial" w:eastAsia="Arial" w:hAnsi="Arial" w:cs="Arial"/>
          <w:color w:val="222222"/>
          <w:sz w:val="20"/>
          <w:szCs w:val="20"/>
          <w:lang w:val="en"/>
        </w:rPr>
      </w:pPr>
    </w:p>
    <w:p w14:paraId="49E24350" w14:textId="1D4FCD8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Good </w:t>
      </w:r>
      <w:proofErr w:type="gramStart"/>
      <w:r w:rsidRPr="00443E0B">
        <w:rPr>
          <w:rFonts w:eastAsia="Arial" w:cs="Calibri"/>
          <w:color w:val="222222"/>
          <w:lang w:val="en"/>
        </w:rPr>
        <w:t>Afternoon</w:t>
      </w:r>
      <w:proofErr w:type="gramEnd"/>
      <w:r w:rsidRPr="00443E0B">
        <w:rPr>
          <w:rFonts w:eastAsia="Arial" w:cs="Calibri"/>
          <w:color w:val="222222"/>
          <w:lang w:val="en"/>
        </w:rPr>
        <w:t>,</w:t>
      </w:r>
    </w:p>
    <w:p w14:paraId="083D437C"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 </w:t>
      </w:r>
    </w:p>
    <w:p w14:paraId="3152A358"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Thank you for working The NXT Cup at United Sports, West Chester East High School, or Downingtown West. We ask that you bring your own med kit and ice bags. Ice and water will be provided. Lunch will also be provided. </w:t>
      </w:r>
    </w:p>
    <w:p w14:paraId="4A5142C1"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 </w:t>
      </w:r>
    </w:p>
    <w:p w14:paraId="2A7AD383"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Upon your arrival, be sure to check-in at the registration tent.</w:t>
      </w:r>
      <w:r w:rsidRPr="00443E0B">
        <w:rPr>
          <w:rFonts w:eastAsia="Arial" w:cs="Calibri"/>
          <w:b/>
          <w:color w:val="222222"/>
          <w:lang w:val="en"/>
        </w:rPr>
        <w:t xml:space="preserve"> Please also be sure to check-in via the Go4Ellis app.</w:t>
      </w:r>
      <w:r w:rsidRPr="00443E0B">
        <w:rPr>
          <w:rFonts w:eastAsia="Arial" w:cs="Calibri"/>
          <w:color w:val="222222"/>
          <w:lang w:val="en"/>
        </w:rPr>
        <w:t xml:space="preserve"> There is a check-in menu on the left side menu of the dashboard. If you forget to check-in on the app, you will not be paid for your shift so please don't forget!  At the registration tent you will meet our Tournament Directors for the weekend. The tournament directors for The NXT Cup are:</w:t>
      </w:r>
    </w:p>
    <w:p w14:paraId="4511038F" w14:textId="77777777" w:rsidR="00443E0B" w:rsidRPr="00443E0B" w:rsidRDefault="00443E0B" w:rsidP="00443E0B">
      <w:pPr>
        <w:numPr>
          <w:ilvl w:val="1"/>
          <w:numId w:val="12"/>
        </w:numPr>
        <w:spacing w:before="200" w:after="0"/>
        <w:ind w:left="1660"/>
        <w:rPr>
          <w:rFonts w:eastAsia="Arial" w:cs="Calibri"/>
          <w:lang w:val="en"/>
        </w:rPr>
      </w:pPr>
      <w:r w:rsidRPr="00443E0B">
        <w:rPr>
          <w:rFonts w:eastAsia="Arial" w:cs="Calibri"/>
          <w:b/>
          <w:color w:val="222222"/>
          <w:lang w:val="en"/>
        </w:rPr>
        <w:t>United Sports:</w:t>
      </w:r>
    </w:p>
    <w:p w14:paraId="38C25CEA" w14:textId="77777777" w:rsidR="00443E0B" w:rsidRPr="00443E0B" w:rsidRDefault="00443E0B" w:rsidP="00443E0B">
      <w:pPr>
        <w:numPr>
          <w:ilvl w:val="2"/>
          <w:numId w:val="12"/>
        </w:numPr>
        <w:spacing w:after="0"/>
        <w:ind w:left="2380"/>
        <w:rPr>
          <w:rFonts w:eastAsia="Arial" w:cs="Calibri"/>
          <w:lang w:val="en"/>
        </w:rPr>
      </w:pPr>
      <w:r w:rsidRPr="00443E0B">
        <w:rPr>
          <w:rFonts w:eastAsia="Arial" w:cs="Calibri"/>
          <w:b/>
          <w:color w:val="222222"/>
          <w:lang w:val="en"/>
        </w:rPr>
        <w:t xml:space="preserve">Brett Smith: </w:t>
      </w:r>
      <w:r w:rsidRPr="00443E0B">
        <w:rPr>
          <w:rFonts w:eastAsia="Arial" w:cs="Calibri"/>
          <w:color w:val="222222"/>
          <w:lang w:val="en"/>
        </w:rPr>
        <w:t>XXX-XXX-XXXX</w:t>
      </w:r>
    </w:p>
    <w:p w14:paraId="1373604A" w14:textId="77777777" w:rsidR="00443E0B" w:rsidRPr="00443E0B" w:rsidRDefault="00443E0B" w:rsidP="00443E0B">
      <w:pPr>
        <w:numPr>
          <w:ilvl w:val="2"/>
          <w:numId w:val="12"/>
        </w:numPr>
        <w:spacing w:after="0"/>
        <w:ind w:left="2380"/>
        <w:rPr>
          <w:rFonts w:eastAsia="Arial" w:cs="Calibri"/>
          <w:lang w:val="en"/>
        </w:rPr>
      </w:pPr>
      <w:r w:rsidRPr="00443E0B">
        <w:rPr>
          <w:rFonts w:eastAsia="Arial" w:cs="Calibri"/>
          <w:b/>
          <w:color w:val="222222"/>
          <w:lang w:val="en"/>
        </w:rPr>
        <w:t xml:space="preserve">Michelle Childs: </w:t>
      </w:r>
      <w:r w:rsidRPr="00443E0B">
        <w:rPr>
          <w:rFonts w:eastAsia="Arial" w:cs="Calibri"/>
          <w:color w:val="222222"/>
          <w:lang w:val="en"/>
        </w:rPr>
        <w:t>XXX-XXX-XXXX</w:t>
      </w:r>
    </w:p>
    <w:p w14:paraId="4C41C435" w14:textId="77777777" w:rsidR="00443E0B" w:rsidRPr="00443E0B" w:rsidRDefault="00443E0B" w:rsidP="00443E0B">
      <w:pPr>
        <w:numPr>
          <w:ilvl w:val="1"/>
          <w:numId w:val="15"/>
        </w:numPr>
        <w:spacing w:after="0"/>
        <w:ind w:left="1660"/>
        <w:rPr>
          <w:rFonts w:eastAsia="Arial" w:cs="Calibri"/>
          <w:lang w:val="en"/>
        </w:rPr>
      </w:pPr>
      <w:r w:rsidRPr="00443E0B">
        <w:rPr>
          <w:rFonts w:eastAsia="Arial" w:cs="Calibri"/>
          <w:b/>
          <w:color w:val="222222"/>
          <w:lang w:val="en"/>
        </w:rPr>
        <w:t>West Chester East High School:</w:t>
      </w:r>
    </w:p>
    <w:p w14:paraId="1211107B" w14:textId="77777777" w:rsidR="00443E0B" w:rsidRPr="00443E0B" w:rsidRDefault="00443E0B" w:rsidP="00443E0B">
      <w:pPr>
        <w:numPr>
          <w:ilvl w:val="2"/>
          <w:numId w:val="15"/>
        </w:numPr>
        <w:spacing w:after="0"/>
        <w:ind w:left="2380"/>
        <w:rPr>
          <w:rFonts w:eastAsia="Arial" w:cs="Calibri"/>
          <w:lang w:val="en"/>
        </w:rPr>
      </w:pPr>
      <w:r w:rsidRPr="00443E0B">
        <w:rPr>
          <w:rFonts w:eastAsia="Arial" w:cs="Calibri"/>
          <w:b/>
          <w:color w:val="222222"/>
          <w:lang w:val="en"/>
        </w:rPr>
        <w:t xml:space="preserve">Joel Embiid: </w:t>
      </w:r>
      <w:r w:rsidRPr="00443E0B">
        <w:rPr>
          <w:rFonts w:eastAsia="Arial" w:cs="Calibri"/>
          <w:color w:val="222222"/>
          <w:lang w:val="en"/>
        </w:rPr>
        <w:t>XXX-XXX-XXXX</w:t>
      </w:r>
    </w:p>
    <w:p w14:paraId="33B1EF63" w14:textId="77777777" w:rsidR="00443E0B" w:rsidRPr="00443E0B" w:rsidRDefault="00443E0B" w:rsidP="00443E0B">
      <w:pPr>
        <w:numPr>
          <w:ilvl w:val="2"/>
          <w:numId w:val="15"/>
        </w:numPr>
        <w:spacing w:after="0"/>
        <w:ind w:left="2380"/>
        <w:rPr>
          <w:rFonts w:eastAsia="Arial" w:cs="Calibri"/>
          <w:lang w:val="en"/>
        </w:rPr>
      </w:pPr>
      <w:r w:rsidRPr="00443E0B">
        <w:rPr>
          <w:rFonts w:eastAsia="Arial" w:cs="Calibri"/>
          <w:b/>
          <w:color w:val="222222"/>
          <w:lang w:val="en"/>
        </w:rPr>
        <w:t xml:space="preserve">Conor Carson: </w:t>
      </w:r>
      <w:r w:rsidRPr="00443E0B">
        <w:rPr>
          <w:rFonts w:eastAsia="Arial" w:cs="Calibri"/>
          <w:color w:val="222222"/>
          <w:lang w:val="en"/>
        </w:rPr>
        <w:t>XXX-XXX-XXXX</w:t>
      </w:r>
    </w:p>
    <w:p w14:paraId="4C39855A" w14:textId="77777777" w:rsidR="00443E0B" w:rsidRPr="00443E0B" w:rsidRDefault="00443E0B" w:rsidP="00443E0B">
      <w:pPr>
        <w:numPr>
          <w:ilvl w:val="1"/>
          <w:numId w:val="16"/>
        </w:numPr>
        <w:spacing w:after="0"/>
        <w:ind w:left="1660"/>
        <w:rPr>
          <w:rFonts w:eastAsia="Arial" w:cs="Calibri"/>
          <w:lang w:val="en"/>
        </w:rPr>
      </w:pPr>
      <w:r w:rsidRPr="00443E0B">
        <w:rPr>
          <w:rFonts w:eastAsia="Arial" w:cs="Calibri"/>
          <w:b/>
          <w:color w:val="222222"/>
          <w:lang w:val="en"/>
        </w:rPr>
        <w:t>Downingtown West:</w:t>
      </w:r>
    </w:p>
    <w:p w14:paraId="55BDA61C" w14:textId="77777777" w:rsidR="00443E0B" w:rsidRPr="00443E0B" w:rsidRDefault="00443E0B" w:rsidP="00443E0B">
      <w:pPr>
        <w:numPr>
          <w:ilvl w:val="2"/>
          <w:numId w:val="16"/>
        </w:numPr>
        <w:spacing w:after="0"/>
        <w:ind w:left="2380"/>
        <w:rPr>
          <w:rFonts w:eastAsia="Arial" w:cs="Calibri"/>
          <w:lang w:val="en"/>
        </w:rPr>
      </w:pPr>
      <w:r w:rsidRPr="00443E0B">
        <w:rPr>
          <w:rFonts w:eastAsia="Arial" w:cs="Calibri"/>
          <w:b/>
          <w:color w:val="222222"/>
          <w:lang w:val="en"/>
        </w:rPr>
        <w:t xml:space="preserve">Tom Schmidt: </w:t>
      </w:r>
      <w:r w:rsidRPr="00443E0B">
        <w:rPr>
          <w:rFonts w:eastAsia="Arial" w:cs="Calibri"/>
          <w:color w:val="222222"/>
          <w:lang w:val="en"/>
        </w:rPr>
        <w:t>XXX-XXX-XXXX</w:t>
      </w:r>
    </w:p>
    <w:p w14:paraId="679A66E5"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Upon your arrival, you will be given your walkie-talkie, your athletic training binder as well as your red medical team vest. Please be sure to wear your vest at all times as it shows our participants that you are a part of the medical staff.  </w:t>
      </w:r>
    </w:p>
    <w:p w14:paraId="296A6085"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 </w:t>
      </w:r>
    </w:p>
    <w:p w14:paraId="7105956C"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In your binder you will find the venue’s emergency action plan, blank injury report forms, blank SCAT5/Child SCAT 5 forms and post-concussion home instructions. Please review the emergency action plan upon your arrival. </w:t>
      </w:r>
    </w:p>
    <w:p w14:paraId="7E423888"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 </w:t>
      </w:r>
    </w:p>
    <w:p w14:paraId="4D7FB39D" w14:textId="77777777" w:rsidR="00443E0B" w:rsidRPr="00443E0B" w:rsidRDefault="00443E0B" w:rsidP="00443E0B">
      <w:pPr>
        <w:shd w:val="clear" w:color="auto" w:fill="FFFFFF"/>
        <w:spacing w:after="0"/>
        <w:rPr>
          <w:rFonts w:eastAsia="Arial" w:cs="Calibri"/>
          <w:b/>
          <w:color w:val="222222"/>
          <w:lang w:val="en"/>
        </w:rPr>
      </w:pPr>
      <w:r w:rsidRPr="00443E0B">
        <w:rPr>
          <w:rFonts w:eastAsia="Arial" w:cs="Calibri"/>
          <w:color w:val="222222"/>
          <w:lang w:val="en"/>
        </w:rPr>
        <w:t xml:space="preserve">In the event of a concussion, </w:t>
      </w:r>
      <w:r w:rsidRPr="00443E0B">
        <w:rPr>
          <w:rFonts w:eastAsia="Arial" w:cs="Calibri"/>
          <w:b/>
          <w:color w:val="222222"/>
          <w:lang w:val="en"/>
        </w:rPr>
        <w:t>please complete two SCAT 5 forms - give one to the patient's parent or guardian, and leave one in the binder</w:t>
      </w:r>
      <w:r w:rsidRPr="00443E0B">
        <w:rPr>
          <w:rFonts w:eastAsia="Arial" w:cs="Calibri"/>
          <w:color w:val="222222"/>
          <w:lang w:val="en"/>
        </w:rPr>
        <w:t>. In addition, make sure you provide the athlete's parent or guardian with concussion home instructions.</w:t>
      </w:r>
      <w:r w:rsidRPr="00443E0B">
        <w:rPr>
          <w:rFonts w:eastAsia="Arial" w:cs="Calibri"/>
          <w:b/>
          <w:color w:val="222222"/>
          <w:lang w:val="en"/>
        </w:rPr>
        <w:t xml:space="preserve"> </w:t>
      </w:r>
    </w:p>
    <w:p w14:paraId="371A71C4"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 </w:t>
      </w:r>
    </w:p>
    <w:p w14:paraId="0C8B3CFB" w14:textId="77777777" w:rsidR="00443E0B" w:rsidRPr="00443E0B" w:rsidRDefault="00443E0B" w:rsidP="00443E0B">
      <w:pPr>
        <w:shd w:val="clear" w:color="auto" w:fill="FFFFFF"/>
        <w:spacing w:after="0"/>
        <w:rPr>
          <w:rFonts w:eastAsia="Arial" w:cs="Calibri"/>
          <w:b/>
          <w:color w:val="222222"/>
          <w:lang w:val="en"/>
        </w:rPr>
      </w:pPr>
      <w:r w:rsidRPr="00443E0B">
        <w:rPr>
          <w:rFonts w:eastAsia="Arial" w:cs="Calibri"/>
          <w:color w:val="222222"/>
          <w:lang w:val="en"/>
        </w:rPr>
        <w:t xml:space="preserve">If you need to activate the emergency action plan, please immediately inform the tournament staff that you are doing so. Please indicate if you have already called 911 or if you would like them to call for an ambulance and provide them with the necessary details to do so. </w:t>
      </w:r>
      <w:r w:rsidRPr="00443E0B">
        <w:rPr>
          <w:rFonts w:eastAsia="Arial" w:cs="Calibri"/>
          <w:b/>
          <w:color w:val="222222"/>
          <w:lang w:val="en"/>
        </w:rPr>
        <w:t xml:space="preserve"> </w:t>
      </w:r>
    </w:p>
    <w:p w14:paraId="54AF1551" w14:textId="77777777" w:rsidR="00443E0B" w:rsidRPr="00443E0B" w:rsidRDefault="00443E0B" w:rsidP="00443E0B">
      <w:pPr>
        <w:shd w:val="clear" w:color="auto" w:fill="FFFFFF"/>
        <w:spacing w:after="0"/>
        <w:rPr>
          <w:rFonts w:eastAsia="Arial" w:cs="Calibri"/>
          <w:b/>
          <w:color w:val="222222"/>
          <w:lang w:val="en"/>
        </w:rPr>
      </w:pPr>
      <w:r w:rsidRPr="00443E0B">
        <w:rPr>
          <w:rFonts w:eastAsia="Arial" w:cs="Calibri"/>
          <w:b/>
          <w:color w:val="222222"/>
          <w:lang w:val="en"/>
        </w:rPr>
        <w:t xml:space="preserve"> </w:t>
      </w:r>
    </w:p>
    <w:p w14:paraId="5BD19DBD" w14:textId="77777777" w:rsidR="00443E0B" w:rsidRPr="00443E0B" w:rsidRDefault="00443E0B" w:rsidP="00443E0B">
      <w:pPr>
        <w:shd w:val="clear" w:color="auto" w:fill="FFFFFF"/>
        <w:spacing w:after="0"/>
        <w:rPr>
          <w:rFonts w:eastAsia="Arial" w:cs="Calibri"/>
          <w:b/>
          <w:color w:val="222222"/>
          <w:lang w:val="en"/>
        </w:rPr>
      </w:pPr>
      <w:r w:rsidRPr="00443E0B">
        <w:rPr>
          <w:rFonts w:eastAsia="Arial" w:cs="Calibri"/>
          <w:b/>
          <w:color w:val="222222"/>
          <w:highlight w:val="red"/>
          <w:lang w:val="en"/>
        </w:rPr>
        <w:t>If you need an AED, there is one located in the main registration tent</w:t>
      </w:r>
      <w:r w:rsidRPr="00443E0B">
        <w:rPr>
          <w:rFonts w:eastAsia="Arial" w:cs="Calibri"/>
          <w:b/>
          <w:color w:val="222222"/>
          <w:lang w:val="en"/>
        </w:rPr>
        <w:t>.  Please radio for the AED and an ambulance to your location and begin CPR.</w:t>
      </w:r>
    </w:p>
    <w:p w14:paraId="139D4949" w14:textId="77777777" w:rsidR="00443E0B" w:rsidRPr="00443E0B" w:rsidRDefault="00443E0B" w:rsidP="00443E0B">
      <w:pPr>
        <w:shd w:val="clear" w:color="auto" w:fill="FFFFFF"/>
        <w:spacing w:after="0"/>
        <w:rPr>
          <w:rFonts w:eastAsia="Arial" w:cs="Calibri"/>
          <w:b/>
          <w:color w:val="222222"/>
          <w:lang w:val="en"/>
        </w:rPr>
      </w:pPr>
      <w:r w:rsidRPr="00443E0B">
        <w:rPr>
          <w:rFonts w:eastAsia="Arial" w:cs="Calibri"/>
          <w:b/>
          <w:color w:val="222222"/>
          <w:lang w:val="en"/>
        </w:rPr>
        <w:t xml:space="preserve"> </w:t>
      </w:r>
    </w:p>
    <w:p w14:paraId="14111F08"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The tournament staff on site has much experience with emergency situations at lacrosse tournaments. They are prepared to help you with crowd control, parent communication and facilitating ambulance logistics. Please also note that all of our staff has been CPR/AED trained as well.</w:t>
      </w:r>
    </w:p>
    <w:p w14:paraId="6FE04182"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 </w:t>
      </w:r>
    </w:p>
    <w:p w14:paraId="093DFCA2"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If you have any questions, comments, or concerns, please contact either Ellis Mair (XXX-XXX-XXXX) or Jan </w:t>
      </w:r>
      <w:proofErr w:type="spellStart"/>
      <w:r w:rsidRPr="00443E0B">
        <w:rPr>
          <w:rFonts w:eastAsia="Arial" w:cs="Calibri"/>
          <w:color w:val="222222"/>
          <w:lang w:val="en"/>
        </w:rPr>
        <w:t>Minnis</w:t>
      </w:r>
      <w:proofErr w:type="spellEnd"/>
      <w:r w:rsidRPr="00443E0B">
        <w:rPr>
          <w:rFonts w:eastAsia="Arial" w:cs="Calibri"/>
          <w:color w:val="222222"/>
          <w:lang w:val="en"/>
        </w:rPr>
        <w:t xml:space="preserve"> (XXX-XXX-XXXX)</w:t>
      </w:r>
    </w:p>
    <w:p w14:paraId="2A11959D"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 </w:t>
      </w:r>
    </w:p>
    <w:p w14:paraId="7FA57BCD"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lastRenderedPageBreak/>
        <w:t>After the event, please return your AT manual, walkie-talkie, and red vest to the tournament staff prior to your departure. You will be paid for this weekend via Go4Ellis.</w:t>
      </w:r>
    </w:p>
    <w:p w14:paraId="0A8B6A87" w14:textId="77777777" w:rsidR="00443E0B" w:rsidRPr="00443E0B" w:rsidRDefault="00443E0B" w:rsidP="00443E0B">
      <w:pPr>
        <w:shd w:val="clear" w:color="auto" w:fill="FFFFFF"/>
        <w:spacing w:after="0"/>
        <w:rPr>
          <w:rFonts w:eastAsia="Arial" w:cs="Calibri"/>
          <w:color w:val="222222"/>
          <w:lang w:val="en"/>
        </w:rPr>
      </w:pPr>
    </w:p>
    <w:p w14:paraId="218264AF"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Shift times for the weekend are as follows:</w:t>
      </w:r>
    </w:p>
    <w:p w14:paraId="225D446D" w14:textId="77777777" w:rsidR="00443E0B" w:rsidRPr="00443E0B" w:rsidRDefault="00443E0B" w:rsidP="00443E0B">
      <w:pPr>
        <w:numPr>
          <w:ilvl w:val="0"/>
          <w:numId w:val="13"/>
        </w:numPr>
        <w:shd w:val="clear" w:color="auto" w:fill="FFFFFF"/>
        <w:spacing w:before="200" w:after="0"/>
        <w:ind w:left="940"/>
        <w:rPr>
          <w:rFonts w:eastAsia="Arial" w:cs="Calibri"/>
          <w:lang w:val="en"/>
        </w:rPr>
      </w:pPr>
      <w:r w:rsidRPr="00443E0B">
        <w:rPr>
          <w:rFonts w:eastAsia="Arial" w:cs="Calibri"/>
          <w:b/>
          <w:color w:val="222222"/>
          <w:lang w:val="en"/>
        </w:rPr>
        <w:t>Saturday (7/7)</w:t>
      </w:r>
    </w:p>
    <w:p w14:paraId="6F16BB93" w14:textId="77777777" w:rsidR="00443E0B" w:rsidRPr="00443E0B" w:rsidRDefault="00443E0B" w:rsidP="00443E0B">
      <w:pPr>
        <w:numPr>
          <w:ilvl w:val="1"/>
          <w:numId w:val="13"/>
        </w:numPr>
        <w:spacing w:after="0"/>
        <w:ind w:left="1660"/>
        <w:rPr>
          <w:rFonts w:eastAsia="Arial" w:cs="Calibri"/>
          <w:lang w:val="en"/>
        </w:rPr>
      </w:pPr>
      <w:r w:rsidRPr="00443E0B">
        <w:rPr>
          <w:rFonts w:eastAsia="Arial" w:cs="Calibri"/>
          <w:b/>
          <w:color w:val="222222"/>
          <w:lang w:val="en"/>
        </w:rPr>
        <w:t>United Sports</w:t>
      </w:r>
    </w:p>
    <w:p w14:paraId="5626D629"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 xml:space="preserve">Jan </w:t>
      </w:r>
      <w:proofErr w:type="spellStart"/>
      <w:r w:rsidRPr="00443E0B">
        <w:rPr>
          <w:rFonts w:eastAsia="Arial" w:cs="Calibri"/>
          <w:color w:val="222222"/>
          <w:lang w:val="en"/>
        </w:rPr>
        <w:t>Ginnis</w:t>
      </w:r>
      <w:proofErr w:type="spellEnd"/>
      <w:r w:rsidRPr="00443E0B">
        <w:rPr>
          <w:rFonts w:eastAsia="Arial" w:cs="Calibri"/>
          <w:color w:val="222222"/>
          <w:lang w:val="en"/>
        </w:rPr>
        <w:t xml:space="preserve"> - 7am-7pm</w:t>
      </w:r>
    </w:p>
    <w:p w14:paraId="2AF2C221"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George Lopez - 7am-7pm</w:t>
      </w:r>
    </w:p>
    <w:p w14:paraId="3E0E40A8"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Carrie Jones - 7am-7pm</w:t>
      </w:r>
    </w:p>
    <w:p w14:paraId="43D3509C"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Jeff Shoemaker - 7am-7pm</w:t>
      </w:r>
    </w:p>
    <w:p w14:paraId="1CC859E0"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Kristen Fire - 7am-7pm</w:t>
      </w:r>
    </w:p>
    <w:p w14:paraId="4D2C9AC0" w14:textId="77777777" w:rsidR="00443E0B" w:rsidRPr="00443E0B" w:rsidRDefault="00443E0B" w:rsidP="00443E0B">
      <w:pPr>
        <w:numPr>
          <w:ilvl w:val="1"/>
          <w:numId w:val="13"/>
        </w:numPr>
        <w:spacing w:after="0"/>
        <w:ind w:left="1660"/>
        <w:rPr>
          <w:rFonts w:eastAsia="Arial" w:cs="Calibri"/>
          <w:lang w:val="en"/>
        </w:rPr>
      </w:pPr>
      <w:r w:rsidRPr="00443E0B">
        <w:rPr>
          <w:rFonts w:eastAsia="Arial" w:cs="Calibri"/>
          <w:b/>
          <w:color w:val="222222"/>
          <w:lang w:val="en"/>
        </w:rPr>
        <w:t>West Chester East High School</w:t>
      </w:r>
    </w:p>
    <w:p w14:paraId="43399051"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Sarah Super - 7am-2pm</w:t>
      </w:r>
    </w:p>
    <w:p w14:paraId="126241BB"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Kevin Milford - 7am-7pm</w:t>
      </w:r>
    </w:p>
    <w:p w14:paraId="5E804F4A"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Susan Georg - 7am-7pm</w:t>
      </w:r>
    </w:p>
    <w:p w14:paraId="7B6EB819"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Jae Jackson - 7am-7pm</w:t>
      </w:r>
    </w:p>
    <w:p w14:paraId="61999EB3"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 xml:space="preserve">Rachel </w:t>
      </w:r>
      <w:proofErr w:type="spellStart"/>
      <w:r w:rsidRPr="00443E0B">
        <w:rPr>
          <w:rFonts w:eastAsia="Arial" w:cs="Calibri"/>
          <w:color w:val="222222"/>
          <w:lang w:val="en"/>
        </w:rPr>
        <w:t>Pheobe</w:t>
      </w:r>
      <w:proofErr w:type="spellEnd"/>
      <w:r w:rsidRPr="00443E0B">
        <w:rPr>
          <w:rFonts w:eastAsia="Arial" w:cs="Calibri"/>
          <w:color w:val="222222"/>
          <w:lang w:val="en"/>
        </w:rPr>
        <w:t>- 7am-1pm</w:t>
      </w:r>
    </w:p>
    <w:p w14:paraId="5D6A3089" w14:textId="77777777" w:rsidR="00443E0B" w:rsidRPr="00443E0B" w:rsidRDefault="00443E0B" w:rsidP="00443E0B">
      <w:pPr>
        <w:numPr>
          <w:ilvl w:val="1"/>
          <w:numId w:val="13"/>
        </w:numPr>
        <w:spacing w:after="0"/>
        <w:ind w:left="1660"/>
        <w:rPr>
          <w:rFonts w:eastAsia="Arial" w:cs="Calibri"/>
          <w:lang w:val="en"/>
        </w:rPr>
      </w:pPr>
      <w:r w:rsidRPr="00443E0B">
        <w:rPr>
          <w:rFonts w:eastAsia="Arial" w:cs="Calibri"/>
          <w:b/>
          <w:color w:val="222222"/>
          <w:lang w:val="en"/>
        </w:rPr>
        <w:t>Downingtown West High School</w:t>
      </w:r>
    </w:p>
    <w:p w14:paraId="4DD4ED1B"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Aaron Spaulding - 7am-1pm</w:t>
      </w:r>
    </w:p>
    <w:p w14:paraId="7C990FE1" w14:textId="77777777" w:rsidR="00443E0B" w:rsidRPr="00443E0B" w:rsidRDefault="00443E0B" w:rsidP="00443E0B">
      <w:pPr>
        <w:numPr>
          <w:ilvl w:val="2"/>
          <w:numId w:val="13"/>
        </w:numPr>
        <w:spacing w:after="0"/>
        <w:ind w:left="2380"/>
        <w:rPr>
          <w:rFonts w:eastAsia="Arial" w:cs="Calibri"/>
          <w:lang w:val="en"/>
        </w:rPr>
      </w:pPr>
      <w:r w:rsidRPr="00443E0B">
        <w:rPr>
          <w:rFonts w:eastAsia="Arial" w:cs="Calibri"/>
          <w:color w:val="222222"/>
          <w:lang w:val="en"/>
        </w:rPr>
        <w:t xml:space="preserve">Kristen </w:t>
      </w:r>
      <w:proofErr w:type="spellStart"/>
      <w:r w:rsidRPr="00443E0B">
        <w:rPr>
          <w:rFonts w:eastAsia="Arial" w:cs="Calibri"/>
          <w:color w:val="222222"/>
          <w:lang w:val="en"/>
        </w:rPr>
        <w:t>Kobb</w:t>
      </w:r>
      <w:proofErr w:type="spellEnd"/>
      <w:r w:rsidRPr="00443E0B">
        <w:rPr>
          <w:rFonts w:eastAsia="Arial" w:cs="Calibri"/>
          <w:color w:val="222222"/>
          <w:lang w:val="en"/>
        </w:rPr>
        <w:t xml:space="preserve"> - 7am-1pm</w:t>
      </w:r>
    </w:p>
    <w:p w14:paraId="17031A3C" w14:textId="77777777" w:rsidR="00443E0B" w:rsidRPr="00443E0B" w:rsidRDefault="00443E0B" w:rsidP="00443E0B">
      <w:pPr>
        <w:numPr>
          <w:ilvl w:val="0"/>
          <w:numId w:val="14"/>
        </w:numPr>
        <w:shd w:val="clear" w:color="auto" w:fill="FFFFFF"/>
        <w:spacing w:after="0"/>
        <w:ind w:left="940"/>
        <w:rPr>
          <w:rFonts w:eastAsia="Arial" w:cs="Calibri"/>
          <w:lang w:val="en"/>
        </w:rPr>
      </w:pPr>
      <w:r w:rsidRPr="00443E0B">
        <w:rPr>
          <w:rFonts w:eastAsia="Arial" w:cs="Calibri"/>
          <w:b/>
          <w:color w:val="222222"/>
          <w:lang w:val="en"/>
        </w:rPr>
        <w:t>Sunday (7/8)</w:t>
      </w:r>
    </w:p>
    <w:p w14:paraId="6D122E0F" w14:textId="77777777" w:rsidR="00443E0B" w:rsidRPr="00443E0B" w:rsidRDefault="00443E0B" w:rsidP="00443E0B">
      <w:pPr>
        <w:numPr>
          <w:ilvl w:val="1"/>
          <w:numId w:val="14"/>
        </w:numPr>
        <w:spacing w:after="0"/>
        <w:ind w:left="1660"/>
        <w:rPr>
          <w:rFonts w:eastAsia="Arial" w:cs="Calibri"/>
          <w:lang w:val="en"/>
        </w:rPr>
      </w:pPr>
      <w:r w:rsidRPr="00443E0B">
        <w:rPr>
          <w:rFonts w:eastAsia="Arial" w:cs="Calibri"/>
          <w:b/>
          <w:color w:val="222222"/>
          <w:lang w:val="en"/>
        </w:rPr>
        <w:t>United Sports</w:t>
      </w:r>
    </w:p>
    <w:p w14:paraId="6D7DF37A"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 xml:space="preserve">Jan </w:t>
      </w:r>
      <w:proofErr w:type="spellStart"/>
      <w:r w:rsidRPr="00443E0B">
        <w:rPr>
          <w:rFonts w:eastAsia="Arial" w:cs="Calibri"/>
          <w:color w:val="222222"/>
          <w:lang w:val="en"/>
        </w:rPr>
        <w:t>Ginnis</w:t>
      </w:r>
      <w:proofErr w:type="spellEnd"/>
      <w:r w:rsidRPr="00443E0B">
        <w:rPr>
          <w:rFonts w:eastAsia="Arial" w:cs="Calibri"/>
          <w:color w:val="222222"/>
          <w:lang w:val="en"/>
        </w:rPr>
        <w:t xml:space="preserve"> - 7am-3:30pm</w:t>
      </w:r>
    </w:p>
    <w:p w14:paraId="13F27D3E"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George Lopez - 7am-1pm</w:t>
      </w:r>
    </w:p>
    <w:p w14:paraId="58BB78FB"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 xml:space="preserve">Carrie </w:t>
      </w:r>
      <w:proofErr w:type="spellStart"/>
      <w:r w:rsidRPr="00443E0B">
        <w:rPr>
          <w:rFonts w:eastAsia="Arial" w:cs="Calibri"/>
          <w:color w:val="222222"/>
          <w:lang w:val="en"/>
        </w:rPr>
        <w:t>Cherwony</w:t>
      </w:r>
      <w:proofErr w:type="spellEnd"/>
      <w:r w:rsidRPr="00443E0B">
        <w:rPr>
          <w:rFonts w:eastAsia="Arial" w:cs="Calibri"/>
          <w:color w:val="222222"/>
          <w:lang w:val="en"/>
        </w:rPr>
        <w:t xml:space="preserve"> - 7am-1pm</w:t>
      </w:r>
    </w:p>
    <w:p w14:paraId="2B1D1DA3"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Kristen Fire - 7am-2pm</w:t>
      </w:r>
    </w:p>
    <w:p w14:paraId="1706B1A3"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Jae Jackson - 7am-12pm</w:t>
      </w:r>
    </w:p>
    <w:p w14:paraId="76D96F43" w14:textId="77777777" w:rsidR="00443E0B" w:rsidRPr="00443E0B" w:rsidRDefault="00443E0B" w:rsidP="00443E0B">
      <w:pPr>
        <w:numPr>
          <w:ilvl w:val="1"/>
          <w:numId w:val="14"/>
        </w:numPr>
        <w:spacing w:after="0"/>
        <w:ind w:left="1660"/>
        <w:rPr>
          <w:rFonts w:eastAsia="Arial" w:cs="Calibri"/>
          <w:lang w:val="en"/>
        </w:rPr>
      </w:pPr>
      <w:r w:rsidRPr="00443E0B">
        <w:rPr>
          <w:rFonts w:eastAsia="Arial" w:cs="Calibri"/>
          <w:b/>
          <w:color w:val="222222"/>
          <w:lang w:val="en"/>
        </w:rPr>
        <w:t>West Chester East High School</w:t>
      </w:r>
    </w:p>
    <w:p w14:paraId="0E8E4E43"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Lindsay Gerald - 7am-2pm</w:t>
      </w:r>
    </w:p>
    <w:p w14:paraId="045D09A1"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Mary Mare - 7am-3:30pm</w:t>
      </w:r>
    </w:p>
    <w:p w14:paraId="00471C31"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Kevin Kelly - 7am-2pm</w:t>
      </w:r>
    </w:p>
    <w:p w14:paraId="431127D7" w14:textId="77777777" w:rsidR="00443E0B" w:rsidRPr="00443E0B" w:rsidRDefault="00443E0B" w:rsidP="00443E0B">
      <w:pPr>
        <w:numPr>
          <w:ilvl w:val="2"/>
          <w:numId w:val="14"/>
        </w:numPr>
        <w:spacing w:after="0"/>
        <w:ind w:left="2380"/>
        <w:rPr>
          <w:rFonts w:eastAsia="Arial" w:cs="Calibri"/>
          <w:lang w:val="en"/>
        </w:rPr>
      </w:pPr>
      <w:r w:rsidRPr="00443E0B">
        <w:rPr>
          <w:rFonts w:eastAsia="Arial" w:cs="Calibri"/>
          <w:color w:val="222222"/>
          <w:lang w:val="en"/>
        </w:rPr>
        <w:t>Rachel Ray - 7am-2pm</w:t>
      </w:r>
    </w:p>
    <w:p w14:paraId="04324B1D" w14:textId="77777777" w:rsidR="00443E0B" w:rsidRPr="00443E0B" w:rsidRDefault="00443E0B" w:rsidP="00443E0B">
      <w:pPr>
        <w:numPr>
          <w:ilvl w:val="2"/>
          <w:numId w:val="14"/>
        </w:numPr>
        <w:spacing w:after="0"/>
        <w:ind w:left="2380"/>
        <w:rPr>
          <w:rFonts w:eastAsia="Arial" w:cs="Calibri"/>
          <w:lang w:val="en"/>
        </w:rPr>
      </w:pPr>
      <w:proofErr w:type="spellStart"/>
      <w:r w:rsidRPr="00443E0B">
        <w:rPr>
          <w:rFonts w:eastAsia="Arial" w:cs="Calibri"/>
          <w:color w:val="222222"/>
          <w:lang w:val="en"/>
        </w:rPr>
        <w:t>Achiro</w:t>
      </w:r>
      <w:proofErr w:type="spellEnd"/>
      <w:r w:rsidRPr="00443E0B">
        <w:rPr>
          <w:rFonts w:eastAsia="Arial" w:cs="Calibri"/>
          <w:color w:val="222222"/>
          <w:lang w:val="en"/>
        </w:rPr>
        <w:t xml:space="preserve"> </w:t>
      </w:r>
      <w:proofErr w:type="spellStart"/>
      <w:r w:rsidRPr="00443E0B">
        <w:rPr>
          <w:rFonts w:eastAsia="Arial" w:cs="Calibri"/>
          <w:color w:val="222222"/>
          <w:lang w:val="en"/>
        </w:rPr>
        <w:t>Tak</w:t>
      </w:r>
      <w:proofErr w:type="spellEnd"/>
      <w:r w:rsidRPr="00443E0B">
        <w:rPr>
          <w:rFonts w:eastAsia="Arial" w:cs="Calibri"/>
          <w:color w:val="222222"/>
          <w:lang w:val="en"/>
        </w:rPr>
        <w:t xml:space="preserve"> - 7am-11:30am </w:t>
      </w:r>
    </w:p>
    <w:p w14:paraId="18783788"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***The shift times will be updated on the app this </w:t>
      </w:r>
      <w:proofErr w:type="gramStart"/>
      <w:r w:rsidRPr="00443E0B">
        <w:rPr>
          <w:rFonts w:eastAsia="Arial" w:cs="Calibri"/>
          <w:color w:val="222222"/>
          <w:lang w:val="en"/>
        </w:rPr>
        <w:t>weekend.*</w:t>
      </w:r>
      <w:proofErr w:type="gramEnd"/>
      <w:r w:rsidRPr="00443E0B">
        <w:rPr>
          <w:rFonts w:eastAsia="Arial" w:cs="Calibri"/>
          <w:color w:val="222222"/>
          <w:lang w:val="en"/>
        </w:rPr>
        <w:t xml:space="preserve">** </w:t>
      </w:r>
    </w:p>
    <w:p w14:paraId="56F72563"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br/>
        <w:t>Attached please also find our emergency action plan for each of our venues. Please review your venue's EAP prior to you shift this weekend! If you have any questions, please let me know!</w:t>
      </w:r>
    </w:p>
    <w:p w14:paraId="62621DA8"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 </w:t>
      </w:r>
    </w:p>
    <w:p w14:paraId="691895F0" w14:textId="77777777" w:rsidR="00443E0B" w:rsidRPr="00443E0B" w:rsidRDefault="00443E0B" w:rsidP="00443E0B">
      <w:pPr>
        <w:shd w:val="clear" w:color="auto" w:fill="FFFFFF"/>
        <w:spacing w:after="0"/>
        <w:rPr>
          <w:rFonts w:eastAsia="Arial" w:cs="Calibri"/>
          <w:color w:val="222222"/>
          <w:lang w:val="en"/>
        </w:rPr>
      </w:pPr>
      <w:r w:rsidRPr="00443E0B">
        <w:rPr>
          <w:rFonts w:eastAsia="Arial" w:cs="Calibri"/>
          <w:color w:val="222222"/>
          <w:lang w:val="en"/>
        </w:rPr>
        <w:t xml:space="preserve">Thank you again for all that you do for </w:t>
      </w:r>
      <w:proofErr w:type="spellStart"/>
      <w:r w:rsidRPr="00443E0B">
        <w:rPr>
          <w:rFonts w:eastAsia="Arial" w:cs="Calibri"/>
          <w:color w:val="222222"/>
          <w:lang w:val="en"/>
        </w:rPr>
        <w:t>NXTsports</w:t>
      </w:r>
      <w:proofErr w:type="spellEnd"/>
      <w:r w:rsidRPr="00443E0B">
        <w:rPr>
          <w:rFonts w:eastAsia="Arial" w:cs="Calibri"/>
          <w:color w:val="222222"/>
          <w:lang w:val="en"/>
        </w:rPr>
        <w:t>!</w:t>
      </w:r>
    </w:p>
    <w:p w14:paraId="6F3D0535" w14:textId="77777777" w:rsidR="00443E0B" w:rsidRPr="00443E0B" w:rsidRDefault="00443E0B" w:rsidP="00443E0B">
      <w:pPr>
        <w:spacing w:after="0"/>
        <w:rPr>
          <w:rFonts w:eastAsia="Arial" w:cs="Calibri"/>
          <w:lang w:val="en"/>
        </w:rPr>
      </w:pPr>
    </w:p>
    <w:p w14:paraId="12FDA71C" w14:textId="77777777" w:rsidR="00443E0B" w:rsidRPr="00443E0B" w:rsidRDefault="00443E0B" w:rsidP="00443E0B">
      <w:pPr>
        <w:spacing w:after="0"/>
        <w:rPr>
          <w:rFonts w:eastAsia="Arial" w:cs="Calibri"/>
          <w:lang w:val="en"/>
        </w:rPr>
      </w:pPr>
      <w:r w:rsidRPr="00443E0B">
        <w:rPr>
          <w:rFonts w:eastAsia="Arial" w:cs="Calibri"/>
          <w:lang w:val="en"/>
        </w:rPr>
        <w:t>Ellis Mair</w:t>
      </w:r>
    </w:p>
    <w:p w14:paraId="2800A388" w14:textId="77777777" w:rsidR="00443E0B" w:rsidRPr="00443E0B" w:rsidRDefault="00443E0B" w:rsidP="00443E0B">
      <w:pPr>
        <w:spacing w:after="0"/>
        <w:rPr>
          <w:rFonts w:ascii="Arial" w:eastAsia="Arial" w:hAnsi="Arial" w:cs="Arial"/>
          <w:sz w:val="20"/>
          <w:szCs w:val="20"/>
          <w:lang w:val="en"/>
        </w:rPr>
      </w:pPr>
    </w:p>
    <w:p w14:paraId="3B8E6163" w14:textId="77777777" w:rsidR="00443E0B" w:rsidRPr="00443E0B" w:rsidRDefault="00443E0B" w:rsidP="00443E0B">
      <w:pPr>
        <w:spacing w:after="0"/>
        <w:rPr>
          <w:rFonts w:ascii="Arial" w:eastAsia="Arial" w:hAnsi="Arial" w:cs="Arial"/>
          <w:sz w:val="20"/>
          <w:szCs w:val="20"/>
          <w:lang w:val="en"/>
        </w:rPr>
      </w:pPr>
    </w:p>
    <w:p w14:paraId="603AE9A8" w14:textId="77777777" w:rsidR="00443E0B" w:rsidRPr="00443E0B" w:rsidRDefault="00443E0B" w:rsidP="00443E0B">
      <w:pPr>
        <w:spacing w:after="0"/>
        <w:rPr>
          <w:rFonts w:ascii="Arial" w:eastAsia="Arial" w:hAnsi="Arial" w:cs="Arial"/>
          <w:sz w:val="20"/>
          <w:szCs w:val="20"/>
          <w:lang w:val="en"/>
        </w:rPr>
      </w:pPr>
    </w:p>
    <w:p w14:paraId="5FB46868" w14:textId="57E4DFD3" w:rsidR="00497C72" w:rsidRDefault="00497C72" w:rsidP="00863BC8">
      <w:pPr>
        <w:pStyle w:val="ListBullet"/>
        <w:numPr>
          <w:ilvl w:val="0"/>
          <w:numId w:val="0"/>
        </w:numPr>
      </w:pPr>
    </w:p>
    <w:sectPr w:rsidR="00497C72" w:rsidSect="00E46E6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0B951" w14:textId="77777777" w:rsidR="003D27AD" w:rsidRDefault="003D27AD" w:rsidP="00465BDF">
      <w:pPr>
        <w:spacing w:after="0" w:line="240" w:lineRule="auto"/>
      </w:pPr>
      <w:r>
        <w:separator/>
      </w:r>
    </w:p>
  </w:endnote>
  <w:endnote w:type="continuationSeparator" w:id="0">
    <w:p w14:paraId="348704E4" w14:textId="77777777" w:rsidR="003D27AD" w:rsidRDefault="003D27AD" w:rsidP="0046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E127" w14:textId="77777777" w:rsidR="00465BDF" w:rsidRDefault="00465BDF" w:rsidP="00465BDF">
    <w:pPr>
      <w:pStyle w:val="Footer"/>
      <w:jc w:val="center"/>
    </w:pPr>
    <w:bookmarkStart w:id="0" w:name="_Hlk197685654"/>
    <w:bookmarkStart w:id="1" w:name="_Hlk197685655"/>
    <w:bookmarkStart w:id="2" w:name="_Hlk197685792"/>
    <w:bookmarkStart w:id="3" w:name="_Hlk197685793"/>
    <w:bookmarkStart w:id="4" w:name="_Hlk197685873"/>
    <w:bookmarkStart w:id="5" w:name="_Hlk197685874"/>
    <w:bookmarkStart w:id="6" w:name="_Hlk197685966"/>
    <w:bookmarkStart w:id="7" w:name="_Hlk197685967"/>
    <w:bookmarkStart w:id="8" w:name="_Hlk197686029"/>
    <w:bookmarkStart w:id="9" w:name="_Hlk197686030"/>
    <w:r w:rsidRPr="00640FA8">
      <w:rPr>
        <w:b/>
        <w:bCs/>
        <w:color w:val="4F81BD" w:themeColor="accent1"/>
        <w:sz w:val="28"/>
        <w:szCs w:val="28"/>
      </w:rPr>
      <w:t>www.readyeap.com</w:t>
    </w:r>
    <w:bookmarkEnd w:id="0"/>
    <w:bookmarkEnd w:id="1"/>
    <w:bookmarkEnd w:id="2"/>
    <w:bookmarkEnd w:id="3"/>
    <w:bookmarkEnd w:id="4"/>
    <w:bookmarkEnd w:id="5"/>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6C448" w14:textId="77777777" w:rsidR="003D27AD" w:rsidRDefault="003D27AD" w:rsidP="00465BDF">
      <w:pPr>
        <w:spacing w:after="0" w:line="240" w:lineRule="auto"/>
      </w:pPr>
      <w:r>
        <w:separator/>
      </w:r>
    </w:p>
  </w:footnote>
  <w:footnote w:type="continuationSeparator" w:id="0">
    <w:p w14:paraId="5039592A" w14:textId="77777777" w:rsidR="003D27AD" w:rsidRDefault="003D27AD" w:rsidP="00465B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FE78C4"/>
    <w:multiLevelType w:val="hybridMultilevel"/>
    <w:tmpl w:val="8F3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0679A8"/>
    <w:multiLevelType w:val="multilevel"/>
    <w:tmpl w:val="CCBCD07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87B25F2"/>
    <w:multiLevelType w:val="multilevel"/>
    <w:tmpl w:val="DCCAC31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4891FF0"/>
    <w:multiLevelType w:val="multilevel"/>
    <w:tmpl w:val="E88024DE"/>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5FA6840"/>
    <w:multiLevelType w:val="multilevel"/>
    <w:tmpl w:val="6224672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A5E712E"/>
    <w:multiLevelType w:val="multilevel"/>
    <w:tmpl w:val="9034811A"/>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EAD6299"/>
    <w:multiLevelType w:val="hybridMultilevel"/>
    <w:tmpl w:val="44803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4437752">
    <w:abstractNumId w:val="8"/>
  </w:num>
  <w:num w:numId="2" w16cid:durableId="1782795907">
    <w:abstractNumId w:val="6"/>
  </w:num>
  <w:num w:numId="3" w16cid:durableId="943339445">
    <w:abstractNumId w:val="5"/>
  </w:num>
  <w:num w:numId="4" w16cid:durableId="1331255698">
    <w:abstractNumId w:val="4"/>
  </w:num>
  <w:num w:numId="5" w16cid:durableId="435172288">
    <w:abstractNumId w:val="7"/>
  </w:num>
  <w:num w:numId="6" w16cid:durableId="61148869">
    <w:abstractNumId w:val="3"/>
  </w:num>
  <w:num w:numId="7" w16cid:durableId="1338574468">
    <w:abstractNumId w:val="2"/>
  </w:num>
  <w:num w:numId="8" w16cid:durableId="2016490435">
    <w:abstractNumId w:val="1"/>
  </w:num>
  <w:num w:numId="9" w16cid:durableId="115369094">
    <w:abstractNumId w:val="0"/>
  </w:num>
  <w:num w:numId="10" w16cid:durableId="400953778">
    <w:abstractNumId w:val="9"/>
  </w:num>
  <w:num w:numId="11" w16cid:durableId="292444082">
    <w:abstractNumId w:val="15"/>
  </w:num>
  <w:num w:numId="12" w16cid:durableId="185603835">
    <w:abstractNumId w:val="14"/>
  </w:num>
  <w:num w:numId="13" w16cid:durableId="2101483729">
    <w:abstractNumId w:val="12"/>
  </w:num>
  <w:num w:numId="14" w16cid:durableId="408960689">
    <w:abstractNumId w:val="10"/>
  </w:num>
  <w:num w:numId="15" w16cid:durableId="815296232">
    <w:abstractNumId w:val="11"/>
  </w:num>
  <w:num w:numId="16" w16cid:durableId="1944692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1E6"/>
    <w:rsid w:val="0006063C"/>
    <w:rsid w:val="000E2DE9"/>
    <w:rsid w:val="0015074B"/>
    <w:rsid w:val="00176CE3"/>
    <w:rsid w:val="0029639D"/>
    <w:rsid w:val="00326F90"/>
    <w:rsid w:val="00340DA9"/>
    <w:rsid w:val="003D27AD"/>
    <w:rsid w:val="00443E0B"/>
    <w:rsid w:val="00465BDF"/>
    <w:rsid w:val="00497C72"/>
    <w:rsid w:val="007316B2"/>
    <w:rsid w:val="00863BC8"/>
    <w:rsid w:val="00AA13E4"/>
    <w:rsid w:val="00AA1D8D"/>
    <w:rsid w:val="00B47730"/>
    <w:rsid w:val="00B55384"/>
    <w:rsid w:val="00B65520"/>
    <w:rsid w:val="00C50E03"/>
    <w:rsid w:val="00CB0664"/>
    <w:rsid w:val="00DB7C36"/>
    <w:rsid w:val="00E46E65"/>
    <w:rsid w:val="00E979FA"/>
    <w:rsid w:val="00FC693F"/>
    <w:rsid w:val="24AB25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3262C"/>
  <w14:defaultImageDpi w14:val="300"/>
  <w15:docId w15:val="{2BE7BE73-C37D-6D4F-B37E-E434DD3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Title"/>
    <w:next w:val="Normal"/>
    <w:link w:val="Heading1Char"/>
    <w:uiPriority w:val="9"/>
    <w:qFormat/>
    <w:rsid w:val="00B55384"/>
    <w:pPr>
      <w:jc w:val="center"/>
      <w:outlineLvl w:val="0"/>
    </w:pPr>
    <w:rPr>
      <w:sz w:val="4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B55384"/>
    <w:rPr>
      <w:rFonts w:asciiTheme="majorHAnsi" w:eastAsiaTheme="majorEastAsia" w:hAnsiTheme="majorHAnsi" w:cstheme="majorBidi"/>
      <w:color w:val="17365D" w:themeColor="text2" w:themeShade="BF"/>
      <w:spacing w:val="5"/>
      <w:kern w:val="28"/>
      <w:sz w:val="48"/>
      <w:szCs w:val="52"/>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Scarneo-Miller, Samantha</cp:lastModifiedBy>
  <cp:revision>4</cp:revision>
  <dcterms:created xsi:type="dcterms:W3CDTF">2025-05-30T16:49:00Z</dcterms:created>
  <dcterms:modified xsi:type="dcterms:W3CDTF">2025-05-30T16:54:00Z</dcterms:modified>
  <cp:category/>
</cp:coreProperties>
</file>