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7C539" w14:textId="05844387" w:rsidR="003E1E69" w:rsidRDefault="00465BDF" w:rsidP="003E1E69">
      <w:pPr>
        <w:pStyle w:val="Title"/>
        <w:jc w:val="center"/>
      </w:pPr>
      <w:r w:rsidRPr="003E1E69">
        <w:rPr>
          <w:rStyle w:val="Heading1Char"/>
          <w:noProof/>
        </w:rPr>
        <w:drawing>
          <wp:anchor distT="0" distB="0" distL="114300" distR="114300" simplePos="0" relativeHeight="251659264" behindDoc="1" locked="0" layoutInCell="1" allowOverlap="1" wp14:anchorId="7C4C049D" wp14:editId="0B59E3CA">
            <wp:simplePos x="0" y="0"/>
            <wp:positionH relativeFrom="column">
              <wp:posOffset>0</wp:posOffset>
            </wp:positionH>
            <wp:positionV relativeFrom="paragraph">
              <wp:posOffset>446</wp:posOffset>
            </wp:positionV>
            <wp:extent cx="1544955" cy="810895"/>
            <wp:effectExtent l="0" t="0" r="0" b="8255"/>
            <wp:wrapTight wrapText="bothSides">
              <wp:wrapPolygon edited="0">
                <wp:start x="0" y="0"/>
                <wp:lineTo x="0" y="21312"/>
                <wp:lineTo x="21307" y="21312"/>
                <wp:lineTo x="21307" y="0"/>
                <wp:lineTo x="0" y="0"/>
              </wp:wrapPolygon>
            </wp:wrapTight>
            <wp:docPr id="644395551" name="Picture 2" descr="A blue and white sign with a black cross and a sh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395551" name="Picture 2" descr="A blue and white sign with a black cross and a shiel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1372">
        <w:rPr>
          <w:rStyle w:val="Heading1Char"/>
        </w:rPr>
        <w:t xml:space="preserve">Discussion Points – </w:t>
      </w:r>
      <w:r w:rsidR="00975B38">
        <w:rPr>
          <w:rStyle w:val="Heading1Char"/>
        </w:rPr>
        <w:t>One-Off Event</w:t>
      </w:r>
    </w:p>
    <w:p w14:paraId="56A68204" w14:textId="30CC53E6" w:rsidR="00801372" w:rsidRPr="00801372" w:rsidRDefault="00801372" w:rsidP="00801372">
      <w:pPr>
        <w:spacing w:before="240" w:after="240"/>
        <w:ind w:left="2520"/>
        <w:jc w:val="center"/>
        <w:rPr>
          <w:rFonts w:eastAsia="Times New Roman" w:cs="Calibri"/>
          <w:i/>
          <w:iCs/>
          <w:color w:val="000000" w:themeColor="text1"/>
          <w:sz w:val="28"/>
          <w:szCs w:val="28"/>
        </w:rPr>
      </w:pPr>
      <w:r w:rsidRPr="00801372">
        <w:rPr>
          <w:rFonts w:eastAsia="Times New Roman" w:cs="Calibri"/>
          <w:i/>
          <w:iCs/>
          <w:color w:val="000000" w:themeColor="text1"/>
          <w:sz w:val="28"/>
          <w:szCs w:val="28"/>
        </w:rPr>
        <w:t xml:space="preserve">Discussion points for </w:t>
      </w:r>
      <w:r w:rsidR="00975B38">
        <w:rPr>
          <w:rFonts w:eastAsia="Times New Roman" w:cs="Calibri"/>
          <w:i/>
          <w:iCs/>
          <w:color w:val="000000" w:themeColor="text1"/>
          <w:sz w:val="28"/>
          <w:szCs w:val="28"/>
        </w:rPr>
        <w:t>PRN athletic trainers working a one-off youth event</w:t>
      </w:r>
    </w:p>
    <w:p w14:paraId="25E8F73C" w14:textId="77777777" w:rsidR="00975B38" w:rsidRDefault="00975B38" w:rsidP="00975B38">
      <w:pPr>
        <w:pStyle w:val="Heading2"/>
      </w:pPr>
      <w:r w:rsidRPr="112C8888">
        <w:t>Pre-Event Questions</w:t>
      </w:r>
    </w:p>
    <w:p w14:paraId="75616EAB" w14:textId="77777777" w:rsidR="00975B38" w:rsidRPr="00975B38" w:rsidRDefault="00975B38" w:rsidP="00975B38">
      <w:pPr>
        <w:pStyle w:val="ListParagraph"/>
        <w:numPr>
          <w:ilvl w:val="0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 xml:space="preserve">EAP: </w:t>
      </w:r>
    </w:p>
    <w:p w14:paraId="35DF86F7" w14:textId="77777777" w:rsidR="00975B38" w:rsidRPr="00975B38" w:rsidRDefault="00975B38" w:rsidP="00975B38">
      <w:pPr>
        <w:pStyle w:val="ListParagraph"/>
        <w:numPr>
          <w:ilvl w:val="1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 xml:space="preserve">What is the EAP for the facility? </w:t>
      </w:r>
    </w:p>
    <w:p w14:paraId="5B497A7C" w14:textId="77777777" w:rsidR="00975B38" w:rsidRPr="00975B38" w:rsidRDefault="00975B38" w:rsidP="00975B38">
      <w:pPr>
        <w:pStyle w:val="ListParagraph"/>
        <w:numPr>
          <w:ilvl w:val="2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>How is that accessed?</w:t>
      </w:r>
    </w:p>
    <w:p w14:paraId="2CECCF33" w14:textId="77777777" w:rsidR="00975B38" w:rsidRPr="00975B38" w:rsidRDefault="00975B38" w:rsidP="00975B38">
      <w:pPr>
        <w:pStyle w:val="ListParagraph"/>
        <w:numPr>
          <w:ilvl w:val="2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>What type of emergencies would activate the EAP?</w:t>
      </w:r>
    </w:p>
    <w:p w14:paraId="13D59D70" w14:textId="77777777" w:rsidR="00975B38" w:rsidRPr="00975B38" w:rsidRDefault="00975B38" w:rsidP="00975B38">
      <w:pPr>
        <w:pStyle w:val="ListParagraph"/>
        <w:numPr>
          <w:ilvl w:val="2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 xml:space="preserve">Is it venue and sport specific? </w:t>
      </w:r>
    </w:p>
    <w:p w14:paraId="0505973A" w14:textId="77777777" w:rsidR="00975B38" w:rsidRPr="00975B38" w:rsidRDefault="00975B38" w:rsidP="00975B38">
      <w:pPr>
        <w:pStyle w:val="ListParagraph"/>
        <w:numPr>
          <w:ilvl w:val="2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>Is it posted throughout the venue?</w:t>
      </w:r>
    </w:p>
    <w:p w14:paraId="42872EC3" w14:textId="77777777" w:rsidR="00975B38" w:rsidRPr="00975B38" w:rsidRDefault="00975B38" w:rsidP="00975B38">
      <w:pPr>
        <w:pStyle w:val="ListParagraph"/>
        <w:numPr>
          <w:ilvl w:val="1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 xml:space="preserve">Will the EAP be distributed, reviewed, and/ or rehearsed with all medical staff ahead of the event? </w:t>
      </w:r>
    </w:p>
    <w:p w14:paraId="5719CC80" w14:textId="77777777" w:rsidR="00975B38" w:rsidRPr="00975B38" w:rsidRDefault="00975B38" w:rsidP="00975B38">
      <w:pPr>
        <w:pStyle w:val="ListParagraph"/>
        <w:numPr>
          <w:ilvl w:val="1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 xml:space="preserve">What are the local medical facilities closest to the facility? </w:t>
      </w:r>
    </w:p>
    <w:p w14:paraId="13C7264A" w14:textId="77777777" w:rsidR="00975B38" w:rsidRPr="00975B38" w:rsidRDefault="00975B38" w:rsidP="00975B38">
      <w:pPr>
        <w:pStyle w:val="ListParagraph"/>
        <w:numPr>
          <w:ilvl w:val="2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>Hospital, urgent care, imaging, pharmacy?</w:t>
      </w:r>
    </w:p>
    <w:p w14:paraId="5A14ABEA" w14:textId="77777777" w:rsidR="00975B38" w:rsidRPr="00975B38" w:rsidRDefault="00975B38" w:rsidP="00975B38">
      <w:pPr>
        <w:pStyle w:val="ListParagraph"/>
        <w:numPr>
          <w:ilvl w:val="0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 xml:space="preserve">Staffing: </w:t>
      </w:r>
    </w:p>
    <w:p w14:paraId="66141156" w14:textId="77777777" w:rsidR="00975B38" w:rsidRPr="00975B38" w:rsidRDefault="00975B38" w:rsidP="00975B38">
      <w:pPr>
        <w:pStyle w:val="ListParagraph"/>
        <w:numPr>
          <w:ilvl w:val="1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 xml:space="preserve">Who is the Event lead? Facility </w:t>
      </w:r>
      <w:bookmarkStart w:id="0" w:name="_Int_ncViFHBA"/>
      <w:proofErr w:type="gramStart"/>
      <w:r w:rsidRPr="00975B38">
        <w:rPr>
          <w:rFonts w:eastAsia="Times New Roman" w:cs="Calibri"/>
          <w:color w:val="000000" w:themeColor="text1"/>
        </w:rPr>
        <w:t>lead</w:t>
      </w:r>
      <w:bookmarkEnd w:id="0"/>
      <w:proofErr w:type="gramEnd"/>
      <w:r w:rsidRPr="00975B38">
        <w:rPr>
          <w:rFonts w:eastAsia="Times New Roman" w:cs="Calibri"/>
          <w:color w:val="000000" w:themeColor="text1"/>
        </w:rPr>
        <w:t>? Medical lead?</w:t>
      </w:r>
    </w:p>
    <w:p w14:paraId="2AEA0E93" w14:textId="77777777" w:rsidR="00975B38" w:rsidRPr="00975B38" w:rsidRDefault="00975B38" w:rsidP="00975B38">
      <w:pPr>
        <w:pStyle w:val="ListParagraph"/>
        <w:numPr>
          <w:ilvl w:val="2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 xml:space="preserve">Is there a lead ATC? </w:t>
      </w:r>
    </w:p>
    <w:p w14:paraId="703DDA51" w14:textId="77777777" w:rsidR="00975B38" w:rsidRPr="00975B38" w:rsidRDefault="00975B38" w:rsidP="00975B38">
      <w:pPr>
        <w:pStyle w:val="ListParagraph"/>
        <w:numPr>
          <w:ilvl w:val="2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>How are these people accessed?</w:t>
      </w:r>
    </w:p>
    <w:p w14:paraId="0FED491E" w14:textId="77777777" w:rsidR="00975B38" w:rsidRPr="00975B38" w:rsidRDefault="00975B38" w:rsidP="00975B38">
      <w:pPr>
        <w:pStyle w:val="ListParagraph"/>
        <w:numPr>
          <w:ilvl w:val="2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>What is the athletic trainer-to-field ratio?</w:t>
      </w:r>
    </w:p>
    <w:p w14:paraId="1D1AC8C3" w14:textId="77777777" w:rsidR="00975B38" w:rsidRPr="00975B38" w:rsidRDefault="00975B38" w:rsidP="00975B38">
      <w:pPr>
        <w:pStyle w:val="ListParagraph"/>
        <w:numPr>
          <w:ilvl w:val="1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 xml:space="preserve">How many other athletic trainers are working at the event? </w:t>
      </w:r>
    </w:p>
    <w:p w14:paraId="2794918C" w14:textId="77777777" w:rsidR="00975B38" w:rsidRPr="00975B38" w:rsidRDefault="00975B38" w:rsidP="00975B38">
      <w:pPr>
        <w:pStyle w:val="ListParagraph"/>
        <w:numPr>
          <w:ilvl w:val="1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>What is the event schedule for both athletic event and athletic trainer coverage?</w:t>
      </w:r>
    </w:p>
    <w:p w14:paraId="09A05DE3" w14:textId="77777777" w:rsidR="00975B38" w:rsidRPr="00975B38" w:rsidRDefault="00975B38" w:rsidP="00975B38">
      <w:pPr>
        <w:pStyle w:val="ListParagraph"/>
        <w:numPr>
          <w:ilvl w:val="1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>Is a physician or other type of medical provider available and/or on-site?</w:t>
      </w:r>
    </w:p>
    <w:p w14:paraId="683E7F84" w14:textId="77777777" w:rsidR="00975B38" w:rsidRPr="00975B38" w:rsidRDefault="00975B38" w:rsidP="00975B38">
      <w:pPr>
        <w:pStyle w:val="ListParagraph"/>
        <w:numPr>
          <w:ilvl w:val="0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 xml:space="preserve">Supplies: </w:t>
      </w:r>
    </w:p>
    <w:p w14:paraId="40AED1AE" w14:textId="77777777" w:rsidR="00975B38" w:rsidRPr="00975B38" w:rsidRDefault="00975B38" w:rsidP="00975B38">
      <w:pPr>
        <w:pStyle w:val="ListParagraph"/>
        <w:numPr>
          <w:ilvl w:val="1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 xml:space="preserve">What supplies do I need to bring? </w:t>
      </w:r>
    </w:p>
    <w:p w14:paraId="0DAEDB2D" w14:textId="77777777" w:rsidR="00975B38" w:rsidRPr="00975B38" w:rsidRDefault="00975B38" w:rsidP="00975B38">
      <w:pPr>
        <w:pStyle w:val="ListParagraph"/>
        <w:numPr>
          <w:ilvl w:val="1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>Are extra supplies provided? If so, where?</w:t>
      </w:r>
    </w:p>
    <w:p w14:paraId="081B1475" w14:textId="77777777" w:rsidR="00975B38" w:rsidRPr="00975B38" w:rsidRDefault="00975B38" w:rsidP="00975B38">
      <w:pPr>
        <w:pStyle w:val="ListParagraph"/>
        <w:numPr>
          <w:ilvl w:val="1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>What emergency supplies are available?</w:t>
      </w:r>
    </w:p>
    <w:p w14:paraId="11EC8E72" w14:textId="77777777" w:rsidR="00975B38" w:rsidRPr="00975B38" w:rsidRDefault="00975B38" w:rsidP="00975B38">
      <w:pPr>
        <w:pStyle w:val="ListParagraph"/>
        <w:numPr>
          <w:ilvl w:val="2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>AED, splints, cold-water immersion, spine board, etc.</w:t>
      </w:r>
    </w:p>
    <w:p w14:paraId="3B2158E5" w14:textId="77777777" w:rsidR="00975B38" w:rsidRPr="00975B38" w:rsidRDefault="00975B38" w:rsidP="00975B38">
      <w:pPr>
        <w:pStyle w:val="ListParagraph"/>
        <w:numPr>
          <w:ilvl w:val="2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>Is DME equipment (crutches, braces, etc.) available?</w:t>
      </w:r>
    </w:p>
    <w:p w14:paraId="095C2CDA" w14:textId="77777777" w:rsidR="00975B38" w:rsidRPr="00975B38" w:rsidRDefault="00975B38" w:rsidP="00975B38">
      <w:pPr>
        <w:pStyle w:val="ListParagraph"/>
        <w:numPr>
          <w:ilvl w:val="0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>EMS</w:t>
      </w:r>
    </w:p>
    <w:p w14:paraId="30314AA3" w14:textId="77777777" w:rsidR="00975B38" w:rsidRPr="00975B38" w:rsidRDefault="00975B38" w:rsidP="00975B38">
      <w:pPr>
        <w:pStyle w:val="ListParagraph"/>
        <w:numPr>
          <w:ilvl w:val="1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 xml:space="preserve">If available on site: </w:t>
      </w:r>
    </w:p>
    <w:p w14:paraId="6E0925D4" w14:textId="77777777" w:rsidR="00975B38" w:rsidRPr="00975B38" w:rsidRDefault="00975B38" w:rsidP="00975B38">
      <w:pPr>
        <w:pStyle w:val="ListParagraph"/>
        <w:numPr>
          <w:ilvl w:val="2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>Is EMS on site? If so, where are they located?</w:t>
      </w:r>
    </w:p>
    <w:p w14:paraId="6FFD3551" w14:textId="77777777" w:rsidR="00975B38" w:rsidRPr="00975B38" w:rsidRDefault="00975B38" w:rsidP="00975B38">
      <w:pPr>
        <w:pStyle w:val="ListParagraph"/>
        <w:numPr>
          <w:ilvl w:val="2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 xml:space="preserve">How are they accessed? </w:t>
      </w:r>
    </w:p>
    <w:p w14:paraId="5FF355A4" w14:textId="77777777" w:rsidR="00975B38" w:rsidRPr="00975B38" w:rsidRDefault="00975B38" w:rsidP="00975B38">
      <w:pPr>
        <w:pStyle w:val="ListParagraph"/>
        <w:numPr>
          <w:ilvl w:val="1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 xml:space="preserve">If not available on site: </w:t>
      </w:r>
    </w:p>
    <w:p w14:paraId="1529601A" w14:textId="77777777" w:rsidR="00975B38" w:rsidRPr="00975B38" w:rsidRDefault="00975B38" w:rsidP="00975B38">
      <w:pPr>
        <w:pStyle w:val="ListParagraph"/>
        <w:numPr>
          <w:ilvl w:val="2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>What is the protocol to contact them?</w:t>
      </w:r>
    </w:p>
    <w:p w14:paraId="6F589205" w14:textId="77777777" w:rsidR="00975B38" w:rsidRPr="00975B38" w:rsidRDefault="00975B38" w:rsidP="00975B38">
      <w:pPr>
        <w:pStyle w:val="ListParagraph"/>
        <w:numPr>
          <w:ilvl w:val="2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 xml:space="preserve">How do they access the field of play upon arrival? </w:t>
      </w:r>
    </w:p>
    <w:p w14:paraId="33E6BC15" w14:textId="77777777" w:rsidR="00975B38" w:rsidRPr="00975B38" w:rsidRDefault="00975B38" w:rsidP="00975B38">
      <w:pPr>
        <w:pStyle w:val="ListParagraph"/>
        <w:numPr>
          <w:ilvl w:val="2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 xml:space="preserve">Who will meet them at the facility entrance to guide them to the location of emergency? </w:t>
      </w:r>
    </w:p>
    <w:p w14:paraId="35CA4B9E" w14:textId="77777777" w:rsidR="00975B38" w:rsidRPr="00975B38" w:rsidRDefault="00975B38" w:rsidP="00975B38">
      <w:pPr>
        <w:pStyle w:val="ListParagraph"/>
        <w:numPr>
          <w:ilvl w:val="0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>Facilities</w:t>
      </w:r>
    </w:p>
    <w:p w14:paraId="2CC3CC02" w14:textId="77777777" w:rsidR="00975B38" w:rsidRPr="00975B38" w:rsidRDefault="00975B38" w:rsidP="00975B38">
      <w:pPr>
        <w:pStyle w:val="ListParagraph"/>
        <w:numPr>
          <w:ilvl w:val="1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 xml:space="preserve">Is there a medical facility that can be utilized? </w:t>
      </w:r>
    </w:p>
    <w:p w14:paraId="6E7639DF" w14:textId="77777777" w:rsidR="00975B38" w:rsidRPr="00975B38" w:rsidRDefault="00975B38" w:rsidP="00975B38">
      <w:pPr>
        <w:pStyle w:val="ListParagraph"/>
        <w:numPr>
          <w:ilvl w:val="1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 xml:space="preserve">If outside, are there medical tents throughout the event? </w:t>
      </w:r>
    </w:p>
    <w:p w14:paraId="48971559" w14:textId="77777777" w:rsidR="00975B38" w:rsidRPr="00975B38" w:rsidRDefault="00975B38" w:rsidP="00975B38">
      <w:pPr>
        <w:pStyle w:val="ListParagraph"/>
        <w:numPr>
          <w:ilvl w:val="1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 xml:space="preserve">Is there a temperature-controlled facility that can be utilized? </w:t>
      </w:r>
    </w:p>
    <w:p w14:paraId="671AE28D" w14:textId="77777777" w:rsidR="00975B38" w:rsidRPr="00975B38" w:rsidRDefault="00975B38" w:rsidP="00975B38">
      <w:pPr>
        <w:pStyle w:val="ListParagraph"/>
        <w:numPr>
          <w:ilvl w:val="1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 xml:space="preserve">Are there treatment/taping tables available? </w:t>
      </w:r>
    </w:p>
    <w:p w14:paraId="0D7238A8" w14:textId="77777777" w:rsidR="00975B38" w:rsidRPr="00975B38" w:rsidRDefault="00975B38" w:rsidP="00975B38">
      <w:pPr>
        <w:pStyle w:val="ListParagraph"/>
        <w:numPr>
          <w:ilvl w:val="0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>Weather Management</w:t>
      </w:r>
    </w:p>
    <w:p w14:paraId="71F43B0D" w14:textId="77777777" w:rsidR="00975B38" w:rsidRPr="00975B38" w:rsidRDefault="00975B38" w:rsidP="00975B38">
      <w:pPr>
        <w:pStyle w:val="ListParagraph"/>
        <w:numPr>
          <w:ilvl w:val="1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lastRenderedPageBreak/>
        <w:t>Is there a weather plan/policy in place for the venue?</w:t>
      </w:r>
    </w:p>
    <w:p w14:paraId="418A6080" w14:textId="77777777" w:rsidR="00975B38" w:rsidRPr="00975B38" w:rsidRDefault="00975B38" w:rsidP="00975B38">
      <w:pPr>
        <w:pStyle w:val="ListParagraph"/>
        <w:numPr>
          <w:ilvl w:val="1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 xml:space="preserve">Who is responsible for monitoring? </w:t>
      </w:r>
    </w:p>
    <w:p w14:paraId="74A4F539" w14:textId="77777777" w:rsidR="00975B38" w:rsidRPr="00975B38" w:rsidRDefault="00975B38" w:rsidP="00975B38">
      <w:pPr>
        <w:pStyle w:val="ListParagraph"/>
        <w:numPr>
          <w:ilvl w:val="1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>How is the weather monitored?</w:t>
      </w:r>
    </w:p>
    <w:p w14:paraId="77608D08" w14:textId="77777777" w:rsidR="00975B38" w:rsidRPr="00975B38" w:rsidRDefault="00975B38" w:rsidP="00975B38">
      <w:pPr>
        <w:pStyle w:val="ListParagraph"/>
        <w:numPr>
          <w:ilvl w:val="0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>Communication</w:t>
      </w:r>
    </w:p>
    <w:p w14:paraId="4E0F5987" w14:textId="77777777" w:rsidR="00975B38" w:rsidRPr="00975B38" w:rsidRDefault="00975B38" w:rsidP="00975B38">
      <w:pPr>
        <w:pStyle w:val="ListParagraph"/>
        <w:numPr>
          <w:ilvl w:val="1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>What is the primary, secondary mode of communication for the event?</w:t>
      </w:r>
    </w:p>
    <w:p w14:paraId="3DEA5FFE" w14:textId="77777777" w:rsidR="00975B38" w:rsidRPr="00975B38" w:rsidRDefault="00975B38" w:rsidP="00975B38">
      <w:pPr>
        <w:pStyle w:val="ListParagraph"/>
        <w:numPr>
          <w:ilvl w:val="1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>Are radios available?</w:t>
      </w:r>
    </w:p>
    <w:p w14:paraId="637165D8" w14:textId="77777777" w:rsidR="00975B38" w:rsidRPr="00975B38" w:rsidRDefault="00975B38" w:rsidP="00975B38">
      <w:pPr>
        <w:pStyle w:val="ListParagraph"/>
        <w:numPr>
          <w:ilvl w:val="0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>Misc.</w:t>
      </w:r>
    </w:p>
    <w:p w14:paraId="105CEFC1" w14:textId="77777777" w:rsidR="00975B38" w:rsidRPr="00975B38" w:rsidRDefault="00975B38" w:rsidP="00975B38">
      <w:pPr>
        <w:pStyle w:val="ListParagraph"/>
        <w:numPr>
          <w:ilvl w:val="1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 xml:space="preserve">Is water, sports drinks, and/or ice available? </w:t>
      </w:r>
    </w:p>
    <w:p w14:paraId="5866823F" w14:textId="77777777" w:rsidR="00975B38" w:rsidRPr="00975B38" w:rsidRDefault="00975B38" w:rsidP="00975B38">
      <w:pPr>
        <w:pStyle w:val="ListParagraph"/>
        <w:numPr>
          <w:ilvl w:val="2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 xml:space="preserve">Who is responsible for set up/ refill/ breakdown? </w:t>
      </w:r>
    </w:p>
    <w:p w14:paraId="6F9FA17F" w14:textId="77777777" w:rsidR="00975B38" w:rsidRPr="00975B38" w:rsidRDefault="00975B38" w:rsidP="00975B38">
      <w:pPr>
        <w:pStyle w:val="ListParagraph"/>
        <w:numPr>
          <w:ilvl w:val="1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>How are injuries/ illnesses documented?</w:t>
      </w:r>
    </w:p>
    <w:p w14:paraId="5A037394" w14:textId="77777777" w:rsidR="00975B38" w:rsidRPr="00975B38" w:rsidRDefault="00975B38" w:rsidP="00975B38">
      <w:pPr>
        <w:pStyle w:val="ListParagraph"/>
        <w:numPr>
          <w:ilvl w:val="2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>Who does the documentation go to?</w:t>
      </w:r>
    </w:p>
    <w:p w14:paraId="5175EB14" w14:textId="77777777" w:rsidR="00975B38" w:rsidRPr="00975B38" w:rsidRDefault="00975B38" w:rsidP="00975B38">
      <w:pPr>
        <w:pStyle w:val="ListParagraph"/>
        <w:numPr>
          <w:ilvl w:val="1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>Are there other events going on at the same facility simultaneously?</w:t>
      </w:r>
    </w:p>
    <w:p w14:paraId="33C830D6" w14:textId="77777777" w:rsidR="00975B38" w:rsidRPr="00975B38" w:rsidRDefault="00975B38" w:rsidP="00975B38">
      <w:pPr>
        <w:pStyle w:val="ListParagraph"/>
        <w:numPr>
          <w:ilvl w:val="1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 xml:space="preserve">Will there be any pre-event meetings to review the event, expectations, </w:t>
      </w:r>
      <w:proofErr w:type="spellStart"/>
      <w:r w:rsidRPr="00975B38">
        <w:rPr>
          <w:rFonts w:eastAsia="Times New Roman" w:cs="Calibri"/>
          <w:color w:val="000000" w:themeColor="text1"/>
        </w:rPr>
        <w:t>etc</w:t>
      </w:r>
      <w:proofErr w:type="spellEnd"/>
      <w:r w:rsidRPr="00975B38">
        <w:rPr>
          <w:rFonts w:eastAsia="Times New Roman" w:cs="Calibri"/>
          <w:color w:val="000000" w:themeColor="text1"/>
        </w:rPr>
        <w:t xml:space="preserve">? </w:t>
      </w:r>
    </w:p>
    <w:p w14:paraId="22066207" w14:textId="77777777" w:rsidR="00975B38" w:rsidRPr="00975B38" w:rsidRDefault="00975B38" w:rsidP="00975B38">
      <w:pPr>
        <w:pStyle w:val="ListParagraph"/>
        <w:numPr>
          <w:ilvl w:val="1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 xml:space="preserve">Will pre-event medical meetings (Medical Time Out) take place? </w:t>
      </w:r>
    </w:p>
    <w:p w14:paraId="69EB69AD" w14:textId="77777777" w:rsidR="00975B38" w:rsidRPr="00975B38" w:rsidRDefault="00975B38" w:rsidP="00975B38">
      <w:pPr>
        <w:pStyle w:val="ListParagraph"/>
        <w:numPr>
          <w:ilvl w:val="1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>Are any teams bringing their own medical provider, in addition to the on-site coverage?</w:t>
      </w:r>
    </w:p>
    <w:p w14:paraId="07420877" w14:textId="77777777" w:rsidR="00975B38" w:rsidRPr="00975B38" w:rsidRDefault="00975B38" w:rsidP="00975B38">
      <w:pPr>
        <w:pStyle w:val="ListParagraph"/>
        <w:numPr>
          <w:ilvl w:val="1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>Is there transportation (Gator, golf cart) available/ needed throughout the facility?</w:t>
      </w:r>
    </w:p>
    <w:p w14:paraId="0B4B5EF4" w14:textId="77777777" w:rsidR="00975B38" w:rsidRPr="00975B38" w:rsidRDefault="00975B38" w:rsidP="00975B38">
      <w:pPr>
        <w:pStyle w:val="ListParagraph"/>
        <w:numPr>
          <w:ilvl w:val="1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>What is the dress code?</w:t>
      </w:r>
    </w:p>
    <w:p w14:paraId="65866013" w14:textId="77777777" w:rsidR="00975B38" w:rsidRPr="00975B38" w:rsidRDefault="00975B38" w:rsidP="00975B38">
      <w:pPr>
        <w:pStyle w:val="ListParagraph"/>
        <w:numPr>
          <w:ilvl w:val="1"/>
          <w:numId w:val="31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>Is parking available? Where?</w:t>
      </w:r>
    </w:p>
    <w:p w14:paraId="6F20A3E6" w14:textId="77777777" w:rsidR="00975B38" w:rsidRPr="00975B38" w:rsidRDefault="00975B38" w:rsidP="00975B38">
      <w:pPr>
        <w:pStyle w:val="Heading2"/>
      </w:pPr>
      <w:r w:rsidRPr="00975B38">
        <w:t>Post-Event</w:t>
      </w:r>
    </w:p>
    <w:p w14:paraId="523C9714" w14:textId="77777777" w:rsidR="00975B38" w:rsidRPr="00975B38" w:rsidRDefault="00975B38" w:rsidP="00975B38">
      <w:pPr>
        <w:pStyle w:val="ListParagraph"/>
        <w:numPr>
          <w:ilvl w:val="1"/>
          <w:numId w:val="29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 xml:space="preserve">Are there any follow up meetings that will occur post- event? </w:t>
      </w:r>
    </w:p>
    <w:p w14:paraId="797CC316" w14:textId="77777777" w:rsidR="00975B38" w:rsidRPr="00975B38" w:rsidRDefault="00975B38" w:rsidP="00975B38">
      <w:pPr>
        <w:pStyle w:val="ListParagraph"/>
        <w:numPr>
          <w:ilvl w:val="1"/>
          <w:numId w:val="29"/>
        </w:numPr>
        <w:spacing w:before="240" w:after="240" w:line="279" w:lineRule="auto"/>
        <w:rPr>
          <w:rFonts w:eastAsia="Times New Roman" w:cs="Calibri"/>
          <w:color w:val="000000" w:themeColor="text1"/>
        </w:rPr>
      </w:pPr>
      <w:r w:rsidRPr="00975B38">
        <w:rPr>
          <w:rFonts w:eastAsia="Times New Roman" w:cs="Calibri"/>
          <w:color w:val="000000" w:themeColor="text1"/>
        </w:rPr>
        <w:t>When will any critical incident stress debriefs take place?</w:t>
      </w:r>
    </w:p>
    <w:p w14:paraId="5FB46868" w14:textId="57E4DFD3" w:rsidR="00497C72" w:rsidRPr="00975B38" w:rsidRDefault="00497C72" w:rsidP="00975B38">
      <w:pPr>
        <w:pStyle w:val="Heading2"/>
        <w:rPr>
          <w:rFonts w:ascii="Calibri" w:hAnsi="Calibri" w:cs="Calibri"/>
          <w:sz w:val="22"/>
          <w:szCs w:val="22"/>
        </w:rPr>
      </w:pPr>
    </w:p>
    <w:sectPr w:rsidR="00497C72" w:rsidRPr="00975B38" w:rsidSect="00E46E65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8FEBD" w14:textId="77777777" w:rsidR="003921F2" w:rsidRDefault="003921F2" w:rsidP="00465BDF">
      <w:pPr>
        <w:spacing w:after="0" w:line="240" w:lineRule="auto"/>
      </w:pPr>
      <w:r>
        <w:separator/>
      </w:r>
    </w:p>
  </w:endnote>
  <w:endnote w:type="continuationSeparator" w:id="0">
    <w:p w14:paraId="1BEEAC81" w14:textId="77777777" w:rsidR="003921F2" w:rsidRDefault="003921F2" w:rsidP="00465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1E127" w14:textId="77777777" w:rsidR="00465BDF" w:rsidRDefault="00465BDF" w:rsidP="00465BDF">
    <w:pPr>
      <w:pStyle w:val="Footer"/>
      <w:jc w:val="center"/>
    </w:pPr>
    <w:bookmarkStart w:id="1" w:name="_Hlk197685654"/>
    <w:bookmarkStart w:id="2" w:name="_Hlk197685655"/>
    <w:bookmarkStart w:id="3" w:name="_Hlk197685792"/>
    <w:bookmarkStart w:id="4" w:name="_Hlk197685793"/>
    <w:bookmarkStart w:id="5" w:name="_Hlk197685873"/>
    <w:bookmarkStart w:id="6" w:name="_Hlk197685874"/>
    <w:bookmarkStart w:id="7" w:name="_Hlk197685966"/>
    <w:bookmarkStart w:id="8" w:name="_Hlk197685967"/>
    <w:bookmarkStart w:id="9" w:name="_Hlk197686029"/>
    <w:bookmarkStart w:id="10" w:name="_Hlk197686030"/>
    <w:r w:rsidRPr="00640FA8">
      <w:rPr>
        <w:b/>
        <w:bCs/>
        <w:color w:val="4F81BD" w:themeColor="accent1"/>
        <w:sz w:val="28"/>
        <w:szCs w:val="28"/>
      </w:rPr>
      <w:t>www.readyeap.com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B70E6" w14:textId="77777777" w:rsidR="003921F2" w:rsidRDefault="003921F2" w:rsidP="00465BDF">
      <w:pPr>
        <w:spacing w:after="0" w:line="240" w:lineRule="auto"/>
      </w:pPr>
      <w:r>
        <w:separator/>
      </w:r>
    </w:p>
  </w:footnote>
  <w:footnote w:type="continuationSeparator" w:id="0">
    <w:p w14:paraId="5B6A41BB" w14:textId="77777777" w:rsidR="003921F2" w:rsidRDefault="003921F2" w:rsidP="00465B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3501CF"/>
    <w:multiLevelType w:val="hybridMultilevel"/>
    <w:tmpl w:val="D0E6C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6FE78C4"/>
    <w:multiLevelType w:val="hybridMultilevel"/>
    <w:tmpl w:val="8F3A2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0679A8"/>
    <w:multiLevelType w:val="multilevel"/>
    <w:tmpl w:val="CCBCD07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10173409"/>
    <w:multiLevelType w:val="hybridMultilevel"/>
    <w:tmpl w:val="1006250C"/>
    <w:lvl w:ilvl="0" w:tplc="A416546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F5E1E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EA42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08B8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0AA3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3E55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94E9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CA5D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86F2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C41F13"/>
    <w:multiLevelType w:val="hybridMultilevel"/>
    <w:tmpl w:val="F42E17C4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DD7733"/>
    <w:multiLevelType w:val="hybridMultilevel"/>
    <w:tmpl w:val="55C4B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31CC51"/>
    <w:multiLevelType w:val="hybridMultilevel"/>
    <w:tmpl w:val="053044CA"/>
    <w:lvl w:ilvl="0" w:tplc="5ED2391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49A7A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62CA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E8E1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E66C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6E40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A6C8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6AFB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8E37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4F3B12"/>
    <w:multiLevelType w:val="hybridMultilevel"/>
    <w:tmpl w:val="FF8E8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7B25F2"/>
    <w:multiLevelType w:val="multilevel"/>
    <w:tmpl w:val="DCCAC31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34891FF0"/>
    <w:multiLevelType w:val="multilevel"/>
    <w:tmpl w:val="E88024D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35FA6840"/>
    <w:multiLevelType w:val="multilevel"/>
    <w:tmpl w:val="6224672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389B5736"/>
    <w:multiLevelType w:val="hybridMultilevel"/>
    <w:tmpl w:val="A348B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5E712E"/>
    <w:multiLevelType w:val="multilevel"/>
    <w:tmpl w:val="9034811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3CF11B09"/>
    <w:multiLevelType w:val="hybridMultilevel"/>
    <w:tmpl w:val="D54C43C4"/>
    <w:lvl w:ilvl="0" w:tplc="166809F6">
      <w:start w:val="4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684293"/>
    <w:multiLevelType w:val="hybridMultilevel"/>
    <w:tmpl w:val="557CF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8941A4"/>
    <w:multiLevelType w:val="hybridMultilevel"/>
    <w:tmpl w:val="65AC00AC"/>
    <w:lvl w:ilvl="0" w:tplc="2C1A312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A96F6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504C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24F8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1660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005E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B0E8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D025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0298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AD6299"/>
    <w:multiLevelType w:val="hybridMultilevel"/>
    <w:tmpl w:val="448032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055217"/>
    <w:multiLevelType w:val="hybridMultilevel"/>
    <w:tmpl w:val="2AA8EE14"/>
    <w:lvl w:ilvl="0" w:tplc="1D4A1D7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DD48F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0CF7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4ED4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B8FD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8A45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670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545B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76CC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424C3E"/>
    <w:multiLevelType w:val="hybridMultilevel"/>
    <w:tmpl w:val="1144A726"/>
    <w:lvl w:ilvl="0" w:tplc="06B80F5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B8C42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48E3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86F2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E4B0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78E5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91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443A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982A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447DCC"/>
    <w:multiLevelType w:val="hybridMultilevel"/>
    <w:tmpl w:val="CF9C139E"/>
    <w:lvl w:ilvl="0" w:tplc="E8F2274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85274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465D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26BA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3846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0C79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3AFE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6AA5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7284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B82D4E"/>
    <w:multiLevelType w:val="hybridMultilevel"/>
    <w:tmpl w:val="67F45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0370C1"/>
    <w:multiLevelType w:val="hybridMultilevel"/>
    <w:tmpl w:val="F0CAF450"/>
    <w:lvl w:ilvl="0" w:tplc="166809F6">
      <w:start w:val="4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4437752">
    <w:abstractNumId w:val="8"/>
  </w:num>
  <w:num w:numId="2" w16cid:durableId="1782795907">
    <w:abstractNumId w:val="6"/>
  </w:num>
  <w:num w:numId="3" w16cid:durableId="943339445">
    <w:abstractNumId w:val="5"/>
  </w:num>
  <w:num w:numId="4" w16cid:durableId="1331255698">
    <w:abstractNumId w:val="4"/>
  </w:num>
  <w:num w:numId="5" w16cid:durableId="435172288">
    <w:abstractNumId w:val="7"/>
  </w:num>
  <w:num w:numId="6" w16cid:durableId="61148869">
    <w:abstractNumId w:val="3"/>
  </w:num>
  <w:num w:numId="7" w16cid:durableId="1338574468">
    <w:abstractNumId w:val="2"/>
  </w:num>
  <w:num w:numId="8" w16cid:durableId="2016490435">
    <w:abstractNumId w:val="1"/>
  </w:num>
  <w:num w:numId="9" w16cid:durableId="115369094">
    <w:abstractNumId w:val="0"/>
  </w:num>
  <w:num w:numId="10" w16cid:durableId="400953778">
    <w:abstractNumId w:val="10"/>
  </w:num>
  <w:num w:numId="11" w16cid:durableId="292444082">
    <w:abstractNumId w:val="25"/>
  </w:num>
  <w:num w:numId="12" w16cid:durableId="185603835">
    <w:abstractNumId w:val="21"/>
  </w:num>
  <w:num w:numId="13" w16cid:durableId="2101483729">
    <w:abstractNumId w:val="18"/>
  </w:num>
  <w:num w:numId="14" w16cid:durableId="408960689">
    <w:abstractNumId w:val="11"/>
  </w:num>
  <w:num w:numId="15" w16cid:durableId="815296232">
    <w:abstractNumId w:val="17"/>
  </w:num>
  <w:num w:numId="16" w16cid:durableId="194469271">
    <w:abstractNumId w:val="19"/>
  </w:num>
  <w:num w:numId="17" w16cid:durableId="1003439851">
    <w:abstractNumId w:val="30"/>
  </w:num>
  <w:num w:numId="18" w16cid:durableId="636837582">
    <w:abstractNumId w:val="22"/>
  </w:num>
  <w:num w:numId="19" w16cid:durableId="716394570">
    <w:abstractNumId w:val="15"/>
  </w:num>
  <w:num w:numId="20" w16cid:durableId="189683515">
    <w:abstractNumId w:val="28"/>
  </w:num>
  <w:num w:numId="21" w16cid:durableId="1047948969">
    <w:abstractNumId w:val="12"/>
  </w:num>
  <w:num w:numId="22" w16cid:durableId="369839576">
    <w:abstractNumId w:val="24"/>
  </w:num>
  <w:num w:numId="23" w16cid:durableId="1783721353">
    <w:abstractNumId w:val="16"/>
  </w:num>
  <w:num w:numId="24" w16cid:durableId="545872407">
    <w:abstractNumId w:val="9"/>
  </w:num>
  <w:num w:numId="25" w16cid:durableId="22564193">
    <w:abstractNumId w:val="20"/>
  </w:num>
  <w:num w:numId="26" w16cid:durableId="1231500592">
    <w:abstractNumId w:val="23"/>
  </w:num>
  <w:num w:numId="27" w16cid:durableId="2079939237">
    <w:abstractNumId w:val="26"/>
  </w:num>
  <w:num w:numId="28" w16cid:durableId="1618877806">
    <w:abstractNumId w:val="27"/>
  </w:num>
  <w:num w:numId="29" w16cid:durableId="1604680087">
    <w:abstractNumId w:val="13"/>
  </w:num>
  <w:num w:numId="30" w16cid:durableId="1173837752">
    <w:abstractNumId w:val="29"/>
  </w:num>
  <w:num w:numId="31" w16cid:durableId="183595046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71E6"/>
    <w:rsid w:val="0006063C"/>
    <w:rsid w:val="000E2DE9"/>
    <w:rsid w:val="0015074B"/>
    <w:rsid w:val="00176CE3"/>
    <w:rsid w:val="001921B8"/>
    <w:rsid w:val="0029639D"/>
    <w:rsid w:val="00326F90"/>
    <w:rsid w:val="00340DA9"/>
    <w:rsid w:val="003921F2"/>
    <w:rsid w:val="003E1E69"/>
    <w:rsid w:val="00443E0B"/>
    <w:rsid w:val="00465BDF"/>
    <w:rsid w:val="00497C72"/>
    <w:rsid w:val="006370E8"/>
    <w:rsid w:val="007316B2"/>
    <w:rsid w:val="007757FE"/>
    <w:rsid w:val="00801372"/>
    <w:rsid w:val="00863BC8"/>
    <w:rsid w:val="00975B38"/>
    <w:rsid w:val="009A25C5"/>
    <w:rsid w:val="00AA13E4"/>
    <w:rsid w:val="00AA1D8D"/>
    <w:rsid w:val="00B47730"/>
    <w:rsid w:val="00B55384"/>
    <w:rsid w:val="00B65520"/>
    <w:rsid w:val="00BD6FEC"/>
    <w:rsid w:val="00C50E03"/>
    <w:rsid w:val="00CB0664"/>
    <w:rsid w:val="00DB7C36"/>
    <w:rsid w:val="00E46E65"/>
    <w:rsid w:val="00E979FA"/>
    <w:rsid w:val="00FC693F"/>
    <w:rsid w:val="24AB2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83262C"/>
  <w14:defaultImageDpi w14:val="300"/>
  <w15:docId w15:val="{2BE7BE73-C37D-6D4F-B37E-E434DD35B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Title"/>
    <w:next w:val="Normal"/>
    <w:link w:val="Heading1Char"/>
    <w:uiPriority w:val="9"/>
    <w:qFormat/>
    <w:rsid w:val="00B55384"/>
    <w:pPr>
      <w:jc w:val="center"/>
      <w:outlineLvl w:val="0"/>
    </w:pPr>
    <w:rPr>
      <w:sz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5538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8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Scarneo-Miller, Samantha</cp:lastModifiedBy>
  <cp:revision>2</cp:revision>
  <dcterms:created xsi:type="dcterms:W3CDTF">2025-05-30T17:03:00Z</dcterms:created>
  <dcterms:modified xsi:type="dcterms:W3CDTF">2025-05-30T17:03:00Z</dcterms:modified>
  <cp:category/>
</cp:coreProperties>
</file>