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1F875D" w14:textId="64AC1DEA" w:rsidR="1A067094" w:rsidRDefault="1A067094" w:rsidP="1A067094">
      <w:pPr>
        <w:pStyle w:val="Title"/>
        <w:pBdr>
          <w:bottom w:val="single" w:sz="8" w:space="4" w:color="4F81BD"/>
        </w:pBdr>
        <w:jc w:val="center"/>
        <w:rPr>
          <w:sz w:val="48"/>
          <w:szCs w:val="48"/>
        </w:rPr>
      </w:pPr>
      <w:r w:rsidRPr="1A067094">
        <w:rPr>
          <w:sz w:val="48"/>
          <w:szCs w:val="48"/>
        </w:rPr>
        <w:t>Emergency Preparedness Roles and Responsibilities</w:t>
      </w:r>
    </w:p>
    <w:p w14:paraId="752EB9C9" w14:textId="67C999B9" w:rsidR="1A067094" w:rsidRDefault="1A067094" w:rsidP="1A067094">
      <w:pPr>
        <w:jc w:val="center"/>
      </w:pPr>
      <w:r w:rsidRPr="1A067094">
        <w:rPr>
          <w:i/>
          <w:iCs/>
          <w:sz w:val="28"/>
          <w:szCs w:val="28"/>
        </w:rPr>
        <w:t>Professional Setting</w:t>
      </w:r>
    </w:p>
    <w:p w14:paraId="54BC65AB" w14:textId="7D806832" w:rsidR="1A067094" w:rsidRDefault="1A067094" w:rsidP="1A067094">
      <w:pPr>
        <w:pStyle w:val="Heading1"/>
      </w:pPr>
      <w:r w:rsidRPr="1A067094">
        <w:t>Key Personnel</w:t>
      </w:r>
    </w:p>
    <w:p w14:paraId="1AA424E2" w14:textId="27165542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🩺 </w:t>
      </w:r>
      <w:r w:rsidRPr="1A067094">
        <w:rPr>
          <w:rFonts w:eastAsia="Calibri" w:cs="Calibri"/>
          <w:b/>
          <w:bCs/>
          <w:color w:val="000000" w:themeColor="text1"/>
        </w:rPr>
        <w:t>Medical Personnel Involved in EAP: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7465EB19" w14:textId="73EA9F46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👥 </w:t>
      </w:r>
      <w:r w:rsidRPr="1A067094">
        <w:rPr>
          <w:rFonts w:eastAsia="Calibri" w:cs="Calibri"/>
          <w:b/>
          <w:bCs/>
          <w:color w:val="000000" w:themeColor="text1"/>
        </w:rPr>
        <w:t>Non-Medical Personnel Involved in EAP: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00A0E5D9" w14:textId="19AA3163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📋 </w:t>
      </w:r>
      <w:r w:rsidRPr="1A067094">
        <w:rPr>
          <w:rFonts w:eastAsia="Calibri" w:cs="Calibri"/>
          <w:b/>
          <w:bCs/>
          <w:color w:val="000000" w:themeColor="text1"/>
        </w:rPr>
        <w:t>EAP Coordinator: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3A08CC46" w14:textId="23C53CF7" w:rsidR="1A067094" w:rsidRDefault="1A067094" w:rsidP="1A067094">
      <w:pPr>
        <w:pStyle w:val="Heading1"/>
      </w:pPr>
      <w:r w:rsidRPr="1A067094">
        <w:t>Emergency Scene Management</w:t>
      </w:r>
    </w:p>
    <w:p w14:paraId="2DCBE393" w14:textId="569BBA7C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🛑 </w:t>
      </w:r>
      <w:r w:rsidRPr="1A067094">
        <w:rPr>
          <w:rFonts w:eastAsia="Calibri" w:cs="Calibri"/>
          <w:b/>
          <w:bCs/>
          <w:color w:val="000000" w:themeColor="text1"/>
        </w:rPr>
        <w:t>Who stabilizes the scene for the AT to work safely?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31EE659C" w14:textId="6F46B3D6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🏥 </w:t>
      </w:r>
      <w:r w:rsidRPr="1A067094">
        <w:rPr>
          <w:rFonts w:eastAsia="Calibri" w:cs="Calibri"/>
          <w:b/>
          <w:bCs/>
          <w:color w:val="000000" w:themeColor="text1"/>
        </w:rPr>
        <w:t>Primary provider of medical care in an emergency?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577672FF" w14:textId="07AFF73B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🚨 </w:t>
      </w:r>
      <w:r w:rsidRPr="1A067094">
        <w:rPr>
          <w:rFonts w:eastAsia="Calibri" w:cs="Calibri"/>
          <w:b/>
          <w:bCs/>
          <w:color w:val="000000" w:themeColor="text1"/>
        </w:rPr>
        <w:t>Who initiates the EAP?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16CC99DC" w14:textId="5BEE9E14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📞 </w:t>
      </w:r>
      <w:r w:rsidRPr="1A067094">
        <w:rPr>
          <w:rFonts w:eastAsia="Calibri" w:cs="Calibri"/>
          <w:b/>
          <w:bCs/>
          <w:color w:val="000000" w:themeColor="text1"/>
        </w:rPr>
        <w:t>Who calls EMS?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1520F19A" w14:textId="78EFB7CB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⚕️ </w:t>
      </w:r>
      <w:r w:rsidRPr="1A067094">
        <w:rPr>
          <w:rFonts w:eastAsia="Calibri" w:cs="Calibri"/>
          <w:b/>
          <w:bCs/>
          <w:color w:val="000000" w:themeColor="text1"/>
        </w:rPr>
        <w:t>Who retrieves emergency equipment (AED, spine board, splints)?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67B47BA6" w14:textId="0591A18A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🚑 </w:t>
      </w:r>
      <w:r w:rsidRPr="1A067094">
        <w:rPr>
          <w:rFonts w:eastAsia="Calibri" w:cs="Calibri"/>
          <w:b/>
          <w:bCs/>
          <w:color w:val="000000" w:themeColor="text1"/>
        </w:rPr>
        <w:t>Who meets the ambulance and guides EMS to the injured individual?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36B28467" w14:textId="05F147B2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🚧 </w:t>
      </w:r>
      <w:r w:rsidRPr="1A067094">
        <w:rPr>
          <w:rFonts w:eastAsia="Calibri" w:cs="Calibri"/>
          <w:b/>
          <w:bCs/>
          <w:color w:val="000000" w:themeColor="text1"/>
        </w:rPr>
        <w:t>Who assists in crowd control and maintains a clear emergency pathway?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0AA34396" w14:textId="478D1A38" w:rsidR="1A067094" w:rsidRDefault="1A067094" w:rsidP="1A067094">
      <w:pPr>
        <w:pStyle w:val="Heading1"/>
      </w:pPr>
      <w:r w:rsidRPr="1A067094">
        <w:t>Communication Responsibilities</w:t>
      </w:r>
    </w:p>
    <w:p w14:paraId="53B22346" w14:textId="1817900C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🗣️ </w:t>
      </w:r>
      <w:r w:rsidRPr="1A067094">
        <w:rPr>
          <w:rFonts w:eastAsia="Calibri" w:cs="Calibri"/>
          <w:b/>
          <w:bCs/>
          <w:color w:val="000000" w:themeColor="text1"/>
        </w:rPr>
        <w:t>Who communicates with the following?</w:t>
      </w:r>
    </w:p>
    <w:p w14:paraId="2A177798" w14:textId="53C2519C" w:rsidR="1A067094" w:rsidRDefault="1A067094" w:rsidP="1A067094">
      <w:pPr>
        <w:pStyle w:val="NoSpacing"/>
        <w:spacing w:line="360" w:lineRule="auto"/>
        <w:ind w:left="720"/>
        <w:rPr>
          <w:rFonts w:ascii="Calibri" w:eastAsia="Calibri" w:hAnsi="Calibri" w:cs="Calibri"/>
          <w:color w:val="000000" w:themeColor="text1"/>
        </w:rPr>
      </w:pPr>
      <w:r w:rsidRPr="1A067094">
        <w:rPr>
          <w:rFonts w:ascii="Calibri" w:eastAsia="Calibri" w:hAnsi="Calibri" w:cs="Calibri"/>
          <w:color w:val="000000" w:themeColor="text1"/>
        </w:rPr>
        <w:lastRenderedPageBreak/>
        <w:t xml:space="preserve">👨‍👩‍👧‍👦 </w:t>
      </w:r>
      <w:r w:rsidRPr="1A067094">
        <w:rPr>
          <w:rFonts w:ascii="Calibri" w:eastAsia="Calibri" w:hAnsi="Calibri" w:cs="Calibri"/>
          <w:b/>
          <w:bCs/>
          <w:color w:val="000000" w:themeColor="text1"/>
        </w:rPr>
        <w:t>Family Members:</w:t>
      </w:r>
      <w:r w:rsidRPr="1A067094">
        <w:rPr>
          <w:rFonts w:ascii="Calibri" w:eastAsia="Calibri" w:hAnsi="Calibri" w:cs="Calibri"/>
          <w:color w:val="000000" w:themeColor="text1"/>
        </w:rPr>
        <w:t xml:space="preserve"> 🔲 __________________________________________</w:t>
      </w:r>
    </w:p>
    <w:p w14:paraId="3188502A" w14:textId="5BA6F251" w:rsidR="1A067094" w:rsidRDefault="1A067094" w:rsidP="1A067094">
      <w:pPr>
        <w:pStyle w:val="NoSpacing"/>
        <w:spacing w:line="360" w:lineRule="auto"/>
        <w:ind w:left="720"/>
        <w:rPr>
          <w:rFonts w:ascii="Calibri" w:eastAsia="Calibri" w:hAnsi="Calibri" w:cs="Calibri"/>
          <w:color w:val="000000" w:themeColor="text1"/>
        </w:rPr>
      </w:pPr>
      <w:r w:rsidRPr="1A067094">
        <w:rPr>
          <w:rFonts w:ascii="Calibri" w:eastAsia="Calibri" w:hAnsi="Calibri" w:cs="Calibri"/>
          <w:color w:val="000000" w:themeColor="text1"/>
        </w:rPr>
        <w:t xml:space="preserve">🏅 </w:t>
      </w:r>
      <w:r w:rsidRPr="1A067094">
        <w:rPr>
          <w:rFonts w:ascii="Calibri" w:eastAsia="Calibri" w:hAnsi="Calibri" w:cs="Calibri"/>
          <w:b/>
          <w:bCs/>
          <w:color w:val="000000" w:themeColor="text1"/>
        </w:rPr>
        <w:t>Players:</w:t>
      </w:r>
      <w:r w:rsidRPr="1A067094">
        <w:rPr>
          <w:rFonts w:ascii="Calibri" w:eastAsia="Calibri" w:hAnsi="Calibri" w:cs="Calibri"/>
          <w:color w:val="000000" w:themeColor="text1"/>
        </w:rPr>
        <w:t xml:space="preserve"> 🔲 __________________________________________</w:t>
      </w:r>
    </w:p>
    <w:p w14:paraId="2CB5342F" w14:textId="3AE802C7" w:rsidR="1A067094" w:rsidRDefault="1A067094" w:rsidP="1A067094">
      <w:pPr>
        <w:pStyle w:val="NoSpacing"/>
        <w:spacing w:line="360" w:lineRule="auto"/>
        <w:ind w:left="720"/>
        <w:rPr>
          <w:rFonts w:ascii="Calibri" w:eastAsia="Calibri" w:hAnsi="Calibri" w:cs="Calibri"/>
          <w:color w:val="000000" w:themeColor="text1"/>
        </w:rPr>
      </w:pPr>
      <w:r w:rsidRPr="1A067094">
        <w:rPr>
          <w:rFonts w:ascii="Calibri" w:eastAsia="Calibri" w:hAnsi="Calibri" w:cs="Calibri"/>
          <w:color w:val="000000" w:themeColor="text1"/>
        </w:rPr>
        <w:t xml:space="preserve">📰 </w:t>
      </w:r>
      <w:r w:rsidRPr="1A067094">
        <w:rPr>
          <w:rFonts w:ascii="Calibri" w:eastAsia="Calibri" w:hAnsi="Calibri" w:cs="Calibri"/>
          <w:b/>
          <w:bCs/>
          <w:color w:val="000000" w:themeColor="text1"/>
        </w:rPr>
        <w:t>Media:</w:t>
      </w:r>
      <w:r w:rsidRPr="1A067094">
        <w:rPr>
          <w:rFonts w:ascii="Calibri" w:eastAsia="Calibri" w:hAnsi="Calibri" w:cs="Calibri"/>
          <w:color w:val="000000" w:themeColor="text1"/>
        </w:rPr>
        <w:t xml:space="preserve"> 🔲 __________________________________________</w:t>
      </w:r>
    </w:p>
    <w:p w14:paraId="5BEA3EB4" w14:textId="208B44C6" w:rsidR="1A067094" w:rsidRDefault="1A067094" w:rsidP="1A067094">
      <w:pPr>
        <w:pStyle w:val="NoSpacing"/>
        <w:spacing w:line="360" w:lineRule="auto"/>
        <w:ind w:left="720"/>
        <w:rPr>
          <w:rFonts w:ascii="Calibri" w:eastAsia="Calibri" w:hAnsi="Calibri" w:cs="Calibri"/>
          <w:color w:val="000000" w:themeColor="text1"/>
        </w:rPr>
      </w:pPr>
      <w:r w:rsidRPr="1A067094">
        <w:rPr>
          <w:rFonts w:ascii="Calibri" w:eastAsia="Calibri" w:hAnsi="Calibri" w:cs="Calibri"/>
          <w:color w:val="000000" w:themeColor="text1"/>
        </w:rPr>
        <w:t xml:space="preserve">🎮 </w:t>
      </w:r>
      <w:r w:rsidRPr="1A067094">
        <w:rPr>
          <w:rFonts w:ascii="Calibri" w:eastAsia="Calibri" w:hAnsi="Calibri" w:cs="Calibri"/>
          <w:b/>
          <w:bCs/>
          <w:color w:val="000000" w:themeColor="text1"/>
        </w:rPr>
        <w:t>Game Day Officials:</w:t>
      </w:r>
      <w:r w:rsidRPr="1A067094">
        <w:rPr>
          <w:rFonts w:ascii="Calibri" w:eastAsia="Calibri" w:hAnsi="Calibri" w:cs="Calibri"/>
          <w:color w:val="000000" w:themeColor="text1"/>
        </w:rPr>
        <w:t xml:space="preserve"> 🔲 __________________________________________</w:t>
      </w:r>
    </w:p>
    <w:p w14:paraId="2F60E4C8" w14:textId="484A83EC" w:rsidR="1A067094" w:rsidRDefault="1A067094" w:rsidP="1A067094">
      <w:pPr>
        <w:pStyle w:val="NoSpacing"/>
        <w:spacing w:line="360" w:lineRule="auto"/>
        <w:ind w:left="720"/>
        <w:rPr>
          <w:rFonts w:ascii="Calibri" w:eastAsia="Calibri" w:hAnsi="Calibri" w:cs="Calibri"/>
          <w:color w:val="000000" w:themeColor="text1"/>
        </w:rPr>
      </w:pPr>
      <w:r w:rsidRPr="1A067094">
        <w:rPr>
          <w:rFonts w:ascii="Calibri" w:eastAsia="Calibri" w:hAnsi="Calibri" w:cs="Calibri"/>
          <w:color w:val="000000" w:themeColor="text1"/>
        </w:rPr>
        <w:t xml:space="preserve">🏛️ </w:t>
      </w:r>
      <w:r w:rsidRPr="1A067094">
        <w:rPr>
          <w:rFonts w:ascii="Calibri" w:eastAsia="Calibri" w:hAnsi="Calibri" w:cs="Calibri"/>
          <w:b/>
          <w:bCs/>
          <w:color w:val="000000" w:themeColor="text1"/>
        </w:rPr>
        <w:t>Organization/League Health &amp; Safety Personnel:</w:t>
      </w:r>
      <w:r w:rsidRPr="1A067094">
        <w:rPr>
          <w:rFonts w:ascii="Calibri" w:eastAsia="Calibri" w:hAnsi="Calibri" w:cs="Calibri"/>
          <w:color w:val="000000" w:themeColor="text1"/>
        </w:rPr>
        <w:t xml:space="preserve"> 🔲 __________________________________________</w:t>
      </w:r>
    </w:p>
    <w:p w14:paraId="54668956" w14:textId="68E32D6A" w:rsidR="1A067094" w:rsidRDefault="1A067094" w:rsidP="1A067094">
      <w:pPr>
        <w:pStyle w:val="NoSpacing"/>
        <w:spacing w:line="360" w:lineRule="auto"/>
        <w:ind w:left="720"/>
        <w:rPr>
          <w:rFonts w:ascii="Calibri" w:eastAsia="Calibri" w:hAnsi="Calibri" w:cs="Calibri"/>
          <w:color w:val="000000" w:themeColor="text1"/>
        </w:rPr>
      </w:pPr>
      <w:r w:rsidRPr="1A067094">
        <w:rPr>
          <w:rFonts w:ascii="Calibri" w:eastAsia="Calibri" w:hAnsi="Calibri" w:cs="Calibri"/>
          <w:color w:val="000000" w:themeColor="text1"/>
        </w:rPr>
        <w:t xml:space="preserve">🚓 </w:t>
      </w:r>
      <w:r w:rsidRPr="1A067094">
        <w:rPr>
          <w:rFonts w:ascii="Calibri" w:eastAsia="Calibri" w:hAnsi="Calibri" w:cs="Calibri"/>
          <w:b/>
          <w:bCs/>
          <w:color w:val="000000" w:themeColor="text1"/>
        </w:rPr>
        <w:t>Public Safety/Police/Crowd Control:</w:t>
      </w:r>
      <w:r w:rsidRPr="1A067094">
        <w:rPr>
          <w:rFonts w:ascii="Calibri" w:eastAsia="Calibri" w:hAnsi="Calibri" w:cs="Calibri"/>
          <w:color w:val="000000" w:themeColor="text1"/>
        </w:rPr>
        <w:t xml:space="preserve"> 🔲 __________________________________________</w:t>
      </w:r>
    </w:p>
    <w:p w14:paraId="26648F4B" w14:textId="36458A6C" w:rsidR="1A067094" w:rsidRDefault="1A067094" w:rsidP="1A067094">
      <w:pPr>
        <w:pStyle w:val="NoSpacing"/>
        <w:spacing w:line="360" w:lineRule="auto"/>
        <w:ind w:left="720"/>
        <w:rPr>
          <w:rFonts w:ascii="Calibri" w:eastAsia="Calibri" w:hAnsi="Calibri" w:cs="Calibri"/>
          <w:color w:val="000000" w:themeColor="text1"/>
        </w:rPr>
      </w:pPr>
      <w:r w:rsidRPr="1A067094">
        <w:rPr>
          <w:rFonts w:ascii="Calibri" w:eastAsia="Calibri" w:hAnsi="Calibri" w:cs="Calibri"/>
          <w:color w:val="000000" w:themeColor="text1"/>
        </w:rPr>
        <w:t xml:space="preserve">🏈 </w:t>
      </w:r>
      <w:r w:rsidRPr="1A067094">
        <w:rPr>
          <w:rFonts w:ascii="Calibri" w:eastAsia="Calibri" w:hAnsi="Calibri" w:cs="Calibri"/>
          <w:b/>
          <w:bCs/>
          <w:color w:val="000000" w:themeColor="text1"/>
        </w:rPr>
        <w:t>Coaching Staff:</w:t>
      </w:r>
      <w:r w:rsidRPr="1A067094">
        <w:rPr>
          <w:rFonts w:ascii="Calibri" w:eastAsia="Calibri" w:hAnsi="Calibri" w:cs="Calibri"/>
          <w:color w:val="000000" w:themeColor="text1"/>
        </w:rPr>
        <w:t xml:space="preserve"> 🔲 __________________________________________</w:t>
      </w:r>
    </w:p>
    <w:p w14:paraId="6C0995F1" w14:textId="6D89E58D" w:rsidR="1A067094" w:rsidRDefault="1A067094" w:rsidP="1A067094">
      <w:pPr>
        <w:spacing w:beforeAutospacing="1" w:afterAutospacing="1"/>
        <w:rPr>
          <w:rFonts w:eastAsia="Calibri" w:cs="Calibri"/>
          <w:color w:val="000000" w:themeColor="text1"/>
        </w:rPr>
      </w:pPr>
      <w:r w:rsidRPr="1A067094">
        <w:rPr>
          <w:rFonts w:eastAsia="Calibri" w:cs="Calibri"/>
          <w:color w:val="000000" w:themeColor="text1"/>
        </w:rPr>
        <w:t xml:space="preserve">🏥 </w:t>
      </w:r>
      <w:r w:rsidRPr="1A067094">
        <w:rPr>
          <w:rFonts w:eastAsia="Calibri" w:cs="Calibri"/>
          <w:b/>
          <w:bCs/>
          <w:color w:val="000000" w:themeColor="text1"/>
        </w:rPr>
        <w:t>Who accompanies the patient to the hospital?</w:t>
      </w:r>
      <w:r w:rsidRPr="1A067094">
        <w:rPr>
          <w:rFonts w:eastAsia="Calibri" w:cs="Calibri"/>
          <w:color w:val="000000" w:themeColor="text1"/>
        </w:rPr>
        <w:t xml:space="preserve"> 🔲 __________________________________________</w:t>
      </w:r>
    </w:p>
    <w:p w14:paraId="79BE7B4A" w14:textId="247C9DC1" w:rsidR="1A067094" w:rsidRDefault="1A067094" w:rsidP="1A067094">
      <w:pPr>
        <w:rPr>
          <w:rFonts w:asciiTheme="majorHAnsi" w:eastAsiaTheme="majorEastAsia" w:hAnsiTheme="majorHAnsi" w:cstheme="majorBidi"/>
        </w:rPr>
      </w:pPr>
    </w:p>
    <w:sectPr w:rsidR="1A067094" w:rsidSect="00E46E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437752">
    <w:abstractNumId w:val="8"/>
  </w:num>
  <w:num w:numId="2" w16cid:durableId="1782795907">
    <w:abstractNumId w:val="6"/>
  </w:num>
  <w:num w:numId="3" w16cid:durableId="943339445">
    <w:abstractNumId w:val="5"/>
  </w:num>
  <w:num w:numId="4" w16cid:durableId="1331255698">
    <w:abstractNumId w:val="4"/>
  </w:num>
  <w:num w:numId="5" w16cid:durableId="435172288">
    <w:abstractNumId w:val="7"/>
  </w:num>
  <w:num w:numId="6" w16cid:durableId="61148869">
    <w:abstractNumId w:val="3"/>
  </w:num>
  <w:num w:numId="7" w16cid:durableId="1338574468">
    <w:abstractNumId w:val="2"/>
  </w:num>
  <w:num w:numId="8" w16cid:durableId="2016490435">
    <w:abstractNumId w:val="1"/>
  </w:num>
  <w:num w:numId="9" w16cid:durableId="115369094">
    <w:abstractNumId w:val="0"/>
  </w:num>
  <w:num w:numId="10" w16cid:durableId="40095377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6CE3"/>
    <w:rsid w:val="0025212B"/>
    <w:rsid w:val="0029639D"/>
    <w:rsid w:val="00312BC0"/>
    <w:rsid w:val="00326F90"/>
    <w:rsid w:val="00762542"/>
    <w:rsid w:val="00964E47"/>
    <w:rsid w:val="00AA1D8D"/>
    <w:rsid w:val="00B47730"/>
    <w:rsid w:val="00CB0664"/>
    <w:rsid w:val="00DB7C36"/>
    <w:rsid w:val="00E46E65"/>
    <w:rsid w:val="00FC693F"/>
    <w:rsid w:val="1A06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E56A56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1449</Characters>
  <Application>Microsoft Office Word</Application>
  <DocSecurity>0</DocSecurity>
  <Lines>12</Lines>
  <Paragraphs>3</Paragraphs>
  <ScaleCrop>false</ScaleCrop>
  <Manager/>
  <Company/>
  <LinksUpToDate>false</LinksUpToDate>
  <CharactersWithSpaces>1700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Scarneo-Miller, Samantha E.</cp:lastModifiedBy>
  <cp:revision>2</cp:revision>
  <dcterms:created xsi:type="dcterms:W3CDTF">2026-09-29T16:54:00Z</dcterms:created>
  <dcterms:modified xsi:type="dcterms:W3CDTF">2026-09-29T16:54:00Z</dcterms:modified>
  <cp:category/>
</cp:coreProperties>
</file>