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7C539" w14:textId="6F8129B8" w:rsidR="003E1E69" w:rsidRDefault="00465BDF" w:rsidP="003E1E69">
      <w:pPr>
        <w:pStyle w:val="Title"/>
        <w:jc w:val="center"/>
      </w:pPr>
      <w:r w:rsidRPr="003E1E69">
        <w:rPr>
          <w:rStyle w:val="Heading1Char"/>
          <w:noProof/>
        </w:rPr>
        <w:drawing>
          <wp:anchor distT="0" distB="0" distL="114300" distR="114300" simplePos="0" relativeHeight="251659264" behindDoc="1" locked="0" layoutInCell="1" allowOverlap="1" wp14:anchorId="7C4C049D" wp14:editId="0B59E3CA">
            <wp:simplePos x="0" y="0"/>
            <wp:positionH relativeFrom="column">
              <wp:posOffset>0</wp:posOffset>
            </wp:positionH>
            <wp:positionV relativeFrom="paragraph">
              <wp:posOffset>446</wp:posOffset>
            </wp:positionV>
            <wp:extent cx="1544955" cy="810895"/>
            <wp:effectExtent l="0" t="0" r="0" b="8255"/>
            <wp:wrapTight wrapText="bothSides">
              <wp:wrapPolygon edited="0">
                <wp:start x="0" y="0"/>
                <wp:lineTo x="0" y="21312"/>
                <wp:lineTo x="21307" y="21312"/>
                <wp:lineTo x="21307" y="0"/>
                <wp:lineTo x="0" y="0"/>
              </wp:wrapPolygon>
            </wp:wrapTight>
            <wp:docPr id="644395551" name="Picture 2" descr="A blue and white sign with a black cross and a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395551" name="Picture 2" descr="A blue and white sign with a black cross and a shiel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495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1E9F">
        <w:rPr>
          <w:rStyle w:val="Heading1Char"/>
        </w:rPr>
        <w:t>Script for Calling Local Entities</w:t>
      </w:r>
    </w:p>
    <w:p w14:paraId="5FB46868" w14:textId="2DB56629" w:rsidR="00497C72" w:rsidRDefault="005B1E9F" w:rsidP="005B1E9F">
      <w:pPr>
        <w:pStyle w:val="ListBullet"/>
        <w:numPr>
          <w:ilvl w:val="0"/>
          <w:numId w:val="0"/>
        </w:numPr>
        <w:jc w:val="center"/>
        <w:rPr>
          <w:i/>
          <w:iCs/>
          <w:sz w:val="28"/>
          <w:szCs w:val="28"/>
        </w:rPr>
      </w:pPr>
      <w:r w:rsidRPr="005B1E9F">
        <w:rPr>
          <w:i/>
          <w:iCs/>
          <w:sz w:val="28"/>
          <w:szCs w:val="28"/>
        </w:rPr>
        <w:t>Below is a script for calling local urgent care, hospital, police, hospital, fire, EMS</w:t>
      </w:r>
      <w:r>
        <w:rPr>
          <w:i/>
          <w:iCs/>
          <w:sz w:val="28"/>
          <w:szCs w:val="28"/>
        </w:rPr>
        <w:t>.</w:t>
      </w:r>
    </w:p>
    <w:p w14:paraId="2F2D18EF" w14:textId="6F1BDE8B" w:rsidR="005B1E9F" w:rsidRDefault="005B1E9F" w:rsidP="005B1E9F">
      <w:pPr>
        <w:pStyle w:val="Heading2"/>
      </w:pPr>
      <w:r>
        <w:br/>
        <w:t>Script</w:t>
      </w:r>
    </w:p>
    <w:p w14:paraId="7313335F" w14:textId="77777777" w:rsidR="005B1E9F" w:rsidRDefault="005B1E9F" w:rsidP="005B1E9F">
      <w:r>
        <w:t>Hello,</w:t>
      </w:r>
    </w:p>
    <w:p w14:paraId="42A6B6D4" w14:textId="77777777" w:rsidR="005B1E9F" w:rsidRDefault="005B1E9F" w:rsidP="005B1E9F">
      <w:r>
        <w:t xml:space="preserve">My name is [YOUR NAME]. I am [YOUR </w:t>
      </w:r>
      <w:proofErr w:type="gramStart"/>
      <w:r>
        <w:t>TITLE]  at</w:t>
      </w:r>
      <w:proofErr w:type="gramEnd"/>
      <w:r>
        <w:t xml:space="preserve"> [YOUR ORGANIZATION]. We are having a [EVENT NAME/DESCRIPTION] in your area this weekend at [FACILITY NAME] in [FACILITY CITY, STATE]. We expect [NUMBER OF TEAMS] and [TOTAL NUMBER OF EXPECTED PARTICPANTS AND SPECTATORS] in attendance. The event is happening on [NUMBER OF PLAYING SURFACES AND VENUES] and we will have [DESCRIBE MEDICAL TEAM] on site. We will be equipped with an [INCLUDE MAJOR EMERGENCY EQUIPMENT] and other emergency equipment and we do not anticipate needing any assistance unless and emergency arises.</w:t>
      </w:r>
    </w:p>
    <w:p w14:paraId="10C0AB79" w14:textId="77777777" w:rsidR="005B1E9F" w:rsidRDefault="005B1E9F" w:rsidP="005B1E9F">
      <w:r>
        <w:t xml:space="preserve">I wanted to call and let you know that this event is happening nearby in the event of an emergency. There is no ask of you, and no action steps you need to complete, I just simply wanted to let you know that this large event is happening in the community. </w:t>
      </w:r>
    </w:p>
    <w:p w14:paraId="4A7F0D3C" w14:textId="77777777" w:rsidR="005B1E9F" w:rsidRDefault="005B1E9F" w:rsidP="005B1E9F">
      <w:r>
        <w:t>Thank you,</w:t>
      </w:r>
    </w:p>
    <w:p w14:paraId="072B8D31" w14:textId="77777777" w:rsidR="005B1E9F" w:rsidRDefault="005B1E9F" w:rsidP="005B1E9F">
      <w:r>
        <w:t>[YOUR NAME]</w:t>
      </w:r>
    </w:p>
    <w:p w14:paraId="2CD454D6" w14:textId="77777777" w:rsidR="005B1E9F" w:rsidRDefault="005B1E9F" w:rsidP="005B1E9F"/>
    <w:p w14:paraId="68C76CE2" w14:textId="77777777" w:rsidR="005B1E9F" w:rsidRDefault="005B1E9F" w:rsidP="005B1E9F">
      <w:r>
        <w:t>---</w:t>
      </w:r>
    </w:p>
    <w:p w14:paraId="45A8FD75" w14:textId="653C9A0D" w:rsidR="005B1E9F" w:rsidRDefault="005B1E9F" w:rsidP="005B1E9F">
      <w:pPr>
        <w:pStyle w:val="Heading2"/>
      </w:pPr>
      <w:r>
        <w:t>Example of the script, filled out</w:t>
      </w:r>
    </w:p>
    <w:p w14:paraId="7F1045CB" w14:textId="77777777" w:rsidR="005B1E9F" w:rsidRDefault="005B1E9F" w:rsidP="005B1E9F">
      <w:r>
        <w:t>Hello,</w:t>
      </w:r>
    </w:p>
    <w:p w14:paraId="2E528A36" w14:textId="77777777" w:rsidR="005B1E9F" w:rsidRDefault="005B1E9F" w:rsidP="005B1E9F">
      <w:r>
        <w:t>My name is Ellis Mair. I am the Director of Participant Health and Safety at Go4Ellis. We are having a lacrosse tournament in your area this weekend at United Sports in Downingtown, PA. We expect 200 teams and over 2,000 participants and spectators in attendance. The event is happening on 11 fields and we will have 6 athletic trainers on site. We will be equipped with an AED, splints and other emergency equipment and we do not anticipate needing any assistance unless and emergency arises.</w:t>
      </w:r>
    </w:p>
    <w:p w14:paraId="2F8D110F" w14:textId="77777777" w:rsidR="005B1E9F" w:rsidRDefault="005B1E9F" w:rsidP="005B1E9F">
      <w:r>
        <w:t xml:space="preserve">I wanted to call and let you know that this event is happening nearby in the event of an emergency. There is no ask of you, and no action steps you need to complete, I just simply wanted to let you know that this large event is happening in the community. </w:t>
      </w:r>
    </w:p>
    <w:p w14:paraId="51D44550" w14:textId="77777777" w:rsidR="005B1E9F" w:rsidRDefault="005B1E9F" w:rsidP="005B1E9F">
      <w:r>
        <w:t>Thank you,</w:t>
      </w:r>
    </w:p>
    <w:p w14:paraId="5773F83C" w14:textId="77777777" w:rsidR="005B1E9F" w:rsidRDefault="005B1E9F" w:rsidP="005B1E9F">
      <w:r>
        <w:t>Ellis Mair</w:t>
      </w:r>
    </w:p>
    <w:p w14:paraId="725DEEDC" w14:textId="77777777" w:rsidR="005B1E9F" w:rsidRPr="005B1E9F" w:rsidRDefault="005B1E9F" w:rsidP="005B1E9F">
      <w:pPr>
        <w:pStyle w:val="ListBullet"/>
        <w:numPr>
          <w:ilvl w:val="0"/>
          <w:numId w:val="0"/>
        </w:numPr>
        <w:rPr>
          <w:i/>
          <w:iCs/>
          <w:sz w:val="28"/>
          <w:szCs w:val="28"/>
        </w:rPr>
      </w:pPr>
    </w:p>
    <w:sectPr w:rsidR="005B1E9F" w:rsidRPr="005B1E9F" w:rsidSect="00E46E65">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67323" w14:textId="77777777" w:rsidR="00924B87" w:rsidRDefault="00924B87" w:rsidP="00465BDF">
      <w:pPr>
        <w:spacing w:after="0" w:line="240" w:lineRule="auto"/>
      </w:pPr>
      <w:r>
        <w:separator/>
      </w:r>
    </w:p>
  </w:endnote>
  <w:endnote w:type="continuationSeparator" w:id="0">
    <w:p w14:paraId="3FB8542F" w14:textId="77777777" w:rsidR="00924B87" w:rsidRDefault="00924B87" w:rsidP="00465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1E127" w14:textId="77777777" w:rsidR="00465BDF" w:rsidRDefault="00465BDF" w:rsidP="00465BDF">
    <w:pPr>
      <w:pStyle w:val="Footer"/>
      <w:jc w:val="center"/>
    </w:pPr>
    <w:bookmarkStart w:id="0" w:name="_Hlk197685654"/>
    <w:bookmarkStart w:id="1" w:name="_Hlk197685655"/>
    <w:bookmarkStart w:id="2" w:name="_Hlk197685792"/>
    <w:bookmarkStart w:id="3" w:name="_Hlk197685793"/>
    <w:bookmarkStart w:id="4" w:name="_Hlk197685873"/>
    <w:bookmarkStart w:id="5" w:name="_Hlk197685874"/>
    <w:bookmarkStart w:id="6" w:name="_Hlk197685966"/>
    <w:bookmarkStart w:id="7" w:name="_Hlk197685967"/>
    <w:bookmarkStart w:id="8" w:name="_Hlk197686029"/>
    <w:bookmarkStart w:id="9" w:name="_Hlk197686030"/>
    <w:r w:rsidRPr="00640FA8">
      <w:rPr>
        <w:b/>
        <w:bCs/>
        <w:color w:val="4F81BD" w:themeColor="accent1"/>
        <w:sz w:val="28"/>
        <w:szCs w:val="28"/>
      </w:rPr>
      <w:t>www.readyeap.com</w:t>
    </w:r>
    <w:bookmarkEnd w:id="0"/>
    <w:bookmarkEnd w:id="1"/>
    <w:bookmarkEnd w:id="2"/>
    <w:bookmarkEnd w:id="3"/>
    <w:bookmarkEnd w:id="4"/>
    <w:bookmarkEnd w:id="5"/>
    <w:bookmarkEnd w:id="6"/>
    <w:bookmarkEnd w:id="7"/>
    <w:bookmarkEnd w:id="8"/>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06970" w14:textId="77777777" w:rsidR="00924B87" w:rsidRDefault="00924B87" w:rsidP="00465BDF">
      <w:pPr>
        <w:spacing w:after="0" w:line="240" w:lineRule="auto"/>
      </w:pPr>
      <w:r>
        <w:separator/>
      </w:r>
    </w:p>
  </w:footnote>
  <w:footnote w:type="continuationSeparator" w:id="0">
    <w:p w14:paraId="058F05D1" w14:textId="77777777" w:rsidR="00924B87" w:rsidRDefault="00924B87" w:rsidP="00465B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3501CF"/>
    <w:multiLevelType w:val="hybridMultilevel"/>
    <w:tmpl w:val="D0E6C2B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06FE78C4"/>
    <w:multiLevelType w:val="hybridMultilevel"/>
    <w:tmpl w:val="8F3A2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0679A8"/>
    <w:multiLevelType w:val="multilevel"/>
    <w:tmpl w:val="CCBCD07C"/>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rFonts w:ascii="Arial" w:eastAsia="Arial" w:hAnsi="Arial" w:cs="Arial"/>
        <w:color w:val="222222"/>
        <w:sz w:val="22"/>
        <w:szCs w:val="22"/>
        <w:u w:val="none"/>
      </w:rPr>
    </w:lvl>
    <w:lvl w:ilvl="2">
      <w:start w:val="1"/>
      <w:numFmt w:val="bullet"/>
      <w:lvlText w:val="■"/>
      <w:lvlJc w:val="left"/>
      <w:pPr>
        <w:ind w:left="2160" w:hanging="360"/>
      </w:pPr>
      <w:rPr>
        <w:rFonts w:ascii="Arial" w:eastAsia="Arial" w:hAnsi="Arial" w:cs="Arial"/>
        <w:color w:val="222222"/>
        <w:sz w:val="22"/>
        <w:szCs w:val="22"/>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0173409"/>
    <w:multiLevelType w:val="hybridMultilevel"/>
    <w:tmpl w:val="1006250C"/>
    <w:lvl w:ilvl="0" w:tplc="A4165462">
      <w:start w:val="1"/>
      <w:numFmt w:val="bullet"/>
      <w:lvlText w:val="-"/>
      <w:lvlJc w:val="left"/>
      <w:pPr>
        <w:ind w:left="720" w:hanging="360"/>
      </w:pPr>
      <w:rPr>
        <w:rFonts w:ascii="Aptos" w:hAnsi="Aptos" w:hint="default"/>
      </w:rPr>
    </w:lvl>
    <w:lvl w:ilvl="1" w:tplc="BF5E1E7E">
      <w:start w:val="1"/>
      <w:numFmt w:val="bullet"/>
      <w:lvlText w:val="o"/>
      <w:lvlJc w:val="left"/>
      <w:pPr>
        <w:ind w:left="1440" w:hanging="360"/>
      </w:pPr>
      <w:rPr>
        <w:rFonts w:ascii="Courier New" w:hAnsi="Courier New" w:hint="default"/>
      </w:rPr>
    </w:lvl>
    <w:lvl w:ilvl="2" w:tplc="3CEA42DC">
      <w:start w:val="1"/>
      <w:numFmt w:val="bullet"/>
      <w:lvlText w:val=""/>
      <w:lvlJc w:val="left"/>
      <w:pPr>
        <w:ind w:left="2160" w:hanging="360"/>
      </w:pPr>
      <w:rPr>
        <w:rFonts w:ascii="Wingdings" w:hAnsi="Wingdings" w:hint="default"/>
      </w:rPr>
    </w:lvl>
    <w:lvl w:ilvl="3" w:tplc="4D08B812">
      <w:start w:val="1"/>
      <w:numFmt w:val="bullet"/>
      <w:lvlText w:val=""/>
      <w:lvlJc w:val="left"/>
      <w:pPr>
        <w:ind w:left="2880" w:hanging="360"/>
      </w:pPr>
      <w:rPr>
        <w:rFonts w:ascii="Symbol" w:hAnsi="Symbol" w:hint="default"/>
      </w:rPr>
    </w:lvl>
    <w:lvl w:ilvl="4" w:tplc="2B0AA3BE">
      <w:start w:val="1"/>
      <w:numFmt w:val="bullet"/>
      <w:lvlText w:val="o"/>
      <w:lvlJc w:val="left"/>
      <w:pPr>
        <w:ind w:left="3600" w:hanging="360"/>
      </w:pPr>
      <w:rPr>
        <w:rFonts w:ascii="Courier New" w:hAnsi="Courier New" w:hint="default"/>
      </w:rPr>
    </w:lvl>
    <w:lvl w:ilvl="5" w:tplc="333E554A">
      <w:start w:val="1"/>
      <w:numFmt w:val="bullet"/>
      <w:lvlText w:val=""/>
      <w:lvlJc w:val="left"/>
      <w:pPr>
        <w:ind w:left="4320" w:hanging="360"/>
      </w:pPr>
      <w:rPr>
        <w:rFonts w:ascii="Wingdings" w:hAnsi="Wingdings" w:hint="default"/>
      </w:rPr>
    </w:lvl>
    <w:lvl w:ilvl="6" w:tplc="6C94E988">
      <w:start w:val="1"/>
      <w:numFmt w:val="bullet"/>
      <w:lvlText w:val=""/>
      <w:lvlJc w:val="left"/>
      <w:pPr>
        <w:ind w:left="5040" w:hanging="360"/>
      </w:pPr>
      <w:rPr>
        <w:rFonts w:ascii="Symbol" w:hAnsi="Symbol" w:hint="default"/>
      </w:rPr>
    </w:lvl>
    <w:lvl w:ilvl="7" w:tplc="9ECA5D8A">
      <w:start w:val="1"/>
      <w:numFmt w:val="bullet"/>
      <w:lvlText w:val="o"/>
      <w:lvlJc w:val="left"/>
      <w:pPr>
        <w:ind w:left="5760" w:hanging="360"/>
      </w:pPr>
      <w:rPr>
        <w:rFonts w:ascii="Courier New" w:hAnsi="Courier New" w:hint="default"/>
      </w:rPr>
    </w:lvl>
    <w:lvl w:ilvl="8" w:tplc="D786F24E">
      <w:start w:val="1"/>
      <w:numFmt w:val="bullet"/>
      <w:lvlText w:val=""/>
      <w:lvlJc w:val="left"/>
      <w:pPr>
        <w:ind w:left="6480" w:hanging="360"/>
      </w:pPr>
      <w:rPr>
        <w:rFonts w:ascii="Wingdings" w:hAnsi="Wingdings" w:hint="default"/>
      </w:rPr>
    </w:lvl>
  </w:abstractNum>
  <w:abstractNum w:abstractNumId="13" w15:restartNumberingAfterBreak="0">
    <w:nsid w:val="2331CC51"/>
    <w:multiLevelType w:val="hybridMultilevel"/>
    <w:tmpl w:val="053044CA"/>
    <w:lvl w:ilvl="0" w:tplc="5ED23910">
      <w:start w:val="1"/>
      <w:numFmt w:val="bullet"/>
      <w:lvlText w:val="-"/>
      <w:lvlJc w:val="left"/>
      <w:pPr>
        <w:ind w:left="720" w:hanging="360"/>
      </w:pPr>
      <w:rPr>
        <w:rFonts w:ascii="Aptos" w:hAnsi="Aptos" w:hint="default"/>
      </w:rPr>
    </w:lvl>
    <w:lvl w:ilvl="1" w:tplc="949A7A8E">
      <w:start w:val="1"/>
      <w:numFmt w:val="bullet"/>
      <w:lvlText w:val="o"/>
      <w:lvlJc w:val="left"/>
      <w:pPr>
        <w:ind w:left="1440" w:hanging="360"/>
      </w:pPr>
      <w:rPr>
        <w:rFonts w:ascii="Courier New" w:hAnsi="Courier New" w:hint="default"/>
      </w:rPr>
    </w:lvl>
    <w:lvl w:ilvl="2" w:tplc="3162CAF4">
      <w:start w:val="1"/>
      <w:numFmt w:val="bullet"/>
      <w:lvlText w:val=""/>
      <w:lvlJc w:val="left"/>
      <w:pPr>
        <w:ind w:left="2160" w:hanging="360"/>
      </w:pPr>
      <w:rPr>
        <w:rFonts w:ascii="Wingdings" w:hAnsi="Wingdings" w:hint="default"/>
      </w:rPr>
    </w:lvl>
    <w:lvl w:ilvl="3" w:tplc="91E8E180">
      <w:start w:val="1"/>
      <w:numFmt w:val="bullet"/>
      <w:lvlText w:val=""/>
      <w:lvlJc w:val="left"/>
      <w:pPr>
        <w:ind w:left="2880" w:hanging="360"/>
      </w:pPr>
      <w:rPr>
        <w:rFonts w:ascii="Symbol" w:hAnsi="Symbol" w:hint="default"/>
      </w:rPr>
    </w:lvl>
    <w:lvl w:ilvl="4" w:tplc="85E66C28">
      <w:start w:val="1"/>
      <w:numFmt w:val="bullet"/>
      <w:lvlText w:val="o"/>
      <w:lvlJc w:val="left"/>
      <w:pPr>
        <w:ind w:left="3600" w:hanging="360"/>
      </w:pPr>
      <w:rPr>
        <w:rFonts w:ascii="Courier New" w:hAnsi="Courier New" w:hint="default"/>
      </w:rPr>
    </w:lvl>
    <w:lvl w:ilvl="5" w:tplc="CC6E40F0">
      <w:start w:val="1"/>
      <w:numFmt w:val="bullet"/>
      <w:lvlText w:val=""/>
      <w:lvlJc w:val="left"/>
      <w:pPr>
        <w:ind w:left="4320" w:hanging="360"/>
      </w:pPr>
      <w:rPr>
        <w:rFonts w:ascii="Wingdings" w:hAnsi="Wingdings" w:hint="default"/>
      </w:rPr>
    </w:lvl>
    <w:lvl w:ilvl="6" w:tplc="A3A6C884">
      <w:start w:val="1"/>
      <w:numFmt w:val="bullet"/>
      <w:lvlText w:val=""/>
      <w:lvlJc w:val="left"/>
      <w:pPr>
        <w:ind w:left="5040" w:hanging="360"/>
      </w:pPr>
      <w:rPr>
        <w:rFonts w:ascii="Symbol" w:hAnsi="Symbol" w:hint="default"/>
      </w:rPr>
    </w:lvl>
    <w:lvl w:ilvl="7" w:tplc="056AFB84">
      <w:start w:val="1"/>
      <w:numFmt w:val="bullet"/>
      <w:lvlText w:val="o"/>
      <w:lvlJc w:val="left"/>
      <w:pPr>
        <w:ind w:left="5760" w:hanging="360"/>
      </w:pPr>
      <w:rPr>
        <w:rFonts w:ascii="Courier New" w:hAnsi="Courier New" w:hint="default"/>
      </w:rPr>
    </w:lvl>
    <w:lvl w:ilvl="8" w:tplc="938E3736">
      <w:start w:val="1"/>
      <w:numFmt w:val="bullet"/>
      <w:lvlText w:val=""/>
      <w:lvlJc w:val="left"/>
      <w:pPr>
        <w:ind w:left="6480" w:hanging="360"/>
      </w:pPr>
      <w:rPr>
        <w:rFonts w:ascii="Wingdings" w:hAnsi="Wingdings" w:hint="default"/>
      </w:rPr>
    </w:lvl>
  </w:abstractNum>
  <w:abstractNum w:abstractNumId="14" w15:restartNumberingAfterBreak="0">
    <w:nsid w:val="274F3B12"/>
    <w:multiLevelType w:val="hybridMultilevel"/>
    <w:tmpl w:val="FF8E864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287B25F2"/>
    <w:multiLevelType w:val="multilevel"/>
    <w:tmpl w:val="DCCAC314"/>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rFonts w:ascii="Arial" w:eastAsia="Arial" w:hAnsi="Arial" w:cs="Arial"/>
        <w:color w:val="222222"/>
        <w:sz w:val="22"/>
        <w:szCs w:val="22"/>
        <w:u w:val="none"/>
      </w:rPr>
    </w:lvl>
    <w:lvl w:ilvl="2">
      <w:start w:val="1"/>
      <w:numFmt w:val="bullet"/>
      <w:lvlText w:val="■"/>
      <w:lvlJc w:val="left"/>
      <w:pPr>
        <w:ind w:left="2160" w:hanging="360"/>
      </w:pPr>
      <w:rPr>
        <w:rFonts w:ascii="Arial" w:eastAsia="Arial" w:hAnsi="Arial" w:cs="Arial"/>
        <w:color w:val="222222"/>
        <w:sz w:val="22"/>
        <w:szCs w:val="22"/>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4891FF0"/>
    <w:multiLevelType w:val="multilevel"/>
    <w:tmpl w:val="E88024DE"/>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rFonts w:ascii="Arial" w:eastAsia="Arial" w:hAnsi="Arial" w:cs="Arial"/>
        <w:color w:val="222222"/>
        <w:sz w:val="22"/>
        <w:szCs w:val="22"/>
        <w:u w:val="none"/>
      </w:rPr>
    </w:lvl>
    <w:lvl w:ilvl="2">
      <w:start w:val="1"/>
      <w:numFmt w:val="bullet"/>
      <w:lvlText w:val="■"/>
      <w:lvlJc w:val="left"/>
      <w:pPr>
        <w:ind w:left="2160" w:hanging="360"/>
      </w:pPr>
      <w:rPr>
        <w:rFonts w:ascii="Arial" w:eastAsia="Arial" w:hAnsi="Arial" w:cs="Arial"/>
        <w:color w:val="222222"/>
        <w:sz w:val="22"/>
        <w:szCs w:val="22"/>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5FA6840"/>
    <w:multiLevelType w:val="multilevel"/>
    <w:tmpl w:val="62246724"/>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rFonts w:ascii="Arial" w:eastAsia="Arial" w:hAnsi="Arial" w:cs="Arial"/>
        <w:color w:val="222222"/>
        <w:sz w:val="22"/>
        <w:szCs w:val="22"/>
        <w:u w:val="none"/>
      </w:rPr>
    </w:lvl>
    <w:lvl w:ilvl="2">
      <w:start w:val="1"/>
      <w:numFmt w:val="bullet"/>
      <w:lvlText w:val="■"/>
      <w:lvlJc w:val="left"/>
      <w:pPr>
        <w:ind w:left="2160" w:hanging="360"/>
      </w:pPr>
      <w:rPr>
        <w:rFonts w:ascii="Arial" w:eastAsia="Arial" w:hAnsi="Arial" w:cs="Arial"/>
        <w:color w:val="222222"/>
        <w:sz w:val="22"/>
        <w:szCs w:val="22"/>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89B5736"/>
    <w:multiLevelType w:val="hybridMultilevel"/>
    <w:tmpl w:val="A348B11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3A5E712E"/>
    <w:multiLevelType w:val="multilevel"/>
    <w:tmpl w:val="9034811A"/>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rFonts w:ascii="Arial" w:eastAsia="Arial" w:hAnsi="Arial" w:cs="Arial"/>
        <w:color w:val="222222"/>
        <w:sz w:val="22"/>
        <w:szCs w:val="22"/>
        <w:u w:val="none"/>
      </w:rPr>
    </w:lvl>
    <w:lvl w:ilvl="2">
      <w:start w:val="1"/>
      <w:numFmt w:val="bullet"/>
      <w:lvlText w:val="■"/>
      <w:lvlJc w:val="left"/>
      <w:pPr>
        <w:ind w:left="2160" w:hanging="360"/>
      </w:pPr>
      <w:rPr>
        <w:rFonts w:ascii="Arial" w:eastAsia="Arial" w:hAnsi="Arial" w:cs="Arial"/>
        <w:color w:val="222222"/>
        <w:sz w:val="22"/>
        <w:szCs w:val="22"/>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CF11B09"/>
    <w:multiLevelType w:val="hybridMultilevel"/>
    <w:tmpl w:val="D54C43C4"/>
    <w:lvl w:ilvl="0" w:tplc="166809F6">
      <w:start w:val="46"/>
      <w:numFmt w:val="bullet"/>
      <w:lvlText w:val="-"/>
      <w:lvlJc w:val="left"/>
      <w:pPr>
        <w:ind w:left="720" w:hanging="360"/>
      </w:pPr>
      <w:rPr>
        <w:rFonts w:ascii="Arial" w:eastAsia="Times New Roman" w:hAnsi="Arial" w:cs="Arial"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684293"/>
    <w:multiLevelType w:val="hybridMultilevel"/>
    <w:tmpl w:val="557CFF7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4C8941A4"/>
    <w:multiLevelType w:val="hybridMultilevel"/>
    <w:tmpl w:val="65AC00AC"/>
    <w:lvl w:ilvl="0" w:tplc="2C1A3126">
      <w:start w:val="1"/>
      <w:numFmt w:val="bullet"/>
      <w:lvlText w:val="-"/>
      <w:lvlJc w:val="left"/>
      <w:pPr>
        <w:ind w:left="720" w:hanging="360"/>
      </w:pPr>
      <w:rPr>
        <w:rFonts w:ascii="Aptos" w:hAnsi="Aptos" w:hint="default"/>
      </w:rPr>
    </w:lvl>
    <w:lvl w:ilvl="1" w:tplc="FA96F6CC">
      <w:start w:val="1"/>
      <w:numFmt w:val="bullet"/>
      <w:lvlText w:val="o"/>
      <w:lvlJc w:val="left"/>
      <w:pPr>
        <w:ind w:left="1440" w:hanging="360"/>
      </w:pPr>
      <w:rPr>
        <w:rFonts w:ascii="Courier New" w:hAnsi="Courier New" w:hint="default"/>
      </w:rPr>
    </w:lvl>
    <w:lvl w:ilvl="2" w:tplc="86504CD0">
      <w:start w:val="1"/>
      <w:numFmt w:val="bullet"/>
      <w:lvlText w:val=""/>
      <w:lvlJc w:val="left"/>
      <w:pPr>
        <w:ind w:left="2160" w:hanging="360"/>
      </w:pPr>
      <w:rPr>
        <w:rFonts w:ascii="Wingdings" w:hAnsi="Wingdings" w:hint="default"/>
      </w:rPr>
    </w:lvl>
    <w:lvl w:ilvl="3" w:tplc="3524F8F8">
      <w:start w:val="1"/>
      <w:numFmt w:val="bullet"/>
      <w:lvlText w:val=""/>
      <w:lvlJc w:val="left"/>
      <w:pPr>
        <w:ind w:left="2880" w:hanging="360"/>
      </w:pPr>
      <w:rPr>
        <w:rFonts w:ascii="Symbol" w:hAnsi="Symbol" w:hint="default"/>
      </w:rPr>
    </w:lvl>
    <w:lvl w:ilvl="4" w:tplc="02166002">
      <w:start w:val="1"/>
      <w:numFmt w:val="bullet"/>
      <w:lvlText w:val="o"/>
      <w:lvlJc w:val="left"/>
      <w:pPr>
        <w:ind w:left="3600" w:hanging="360"/>
      </w:pPr>
      <w:rPr>
        <w:rFonts w:ascii="Courier New" w:hAnsi="Courier New" w:hint="default"/>
      </w:rPr>
    </w:lvl>
    <w:lvl w:ilvl="5" w:tplc="A5005EA0">
      <w:start w:val="1"/>
      <w:numFmt w:val="bullet"/>
      <w:lvlText w:val=""/>
      <w:lvlJc w:val="left"/>
      <w:pPr>
        <w:ind w:left="4320" w:hanging="360"/>
      </w:pPr>
      <w:rPr>
        <w:rFonts w:ascii="Wingdings" w:hAnsi="Wingdings" w:hint="default"/>
      </w:rPr>
    </w:lvl>
    <w:lvl w:ilvl="6" w:tplc="97B0E842">
      <w:start w:val="1"/>
      <w:numFmt w:val="bullet"/>
      <w:lvlText w:val=""/>
      <w:lvlJc w:val="left"/>
      <w:pPr>
        <w:ind w:left="5040" w:hanging="360"/>
      </w:pPr>
      <w:rPr>
        <w:rFonts w:ascii="Symbol" w:hAnsi="Symbol" w:hint="default"/>
      </w:rPr>
    </w:lvl>
    <w:lvl w:ilvl="7" w:tplc="E3D025D4">
      <w:start w:val="1"/>
      <w:numFmt w:val="bullet"/>
      <w:lvlText w:val="o"/>
      <w:lvlJc w:val="left"/>
      <w:pPr>
        <w:ind w:left="5760" w:hanging="360"/>
      </w:pPr>
      <w:rPr>
        <w:rFonts w:ascii="Courier New" w:hAnsi="Courier New" w:hint="default"/>
      </w:rPr>
    </w:lvl>
    <w:lvl w:ilvl="8" w:tplc="9C0298B2">
      <w:start w:val="1"/>
      <w:numFmt w:val="bullet"/>
      <w:lvlText w:val=""/>
      <w:lvlJc w:val="left"/>
      <w:pPr>
        <w:ind w:left="6480" w:hanging="360"/>
      </w:pPr>
      <w:rPr>
        <w:rFonts w:ascii="Wingdings" w:hAnsi="Wingdings" w:hint="default"/>
      </w:rPr>
    </w:lvl>
  </w:abstractNum>
  <w:abstractNum w:abstractNumId="23" w15:restartNumberingAfterBreak="0">
    <w:nsid w:val="5EAD6299"/>
    <w:multiLevelType w:val="hybridMultilevel"/>
    <w:tmpl w:val="44803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447DCC"/>
    <w:multiLevelType w:val="hybridMultilevel"/>
    <w:tmpl w:val="CF9C139E"/>
    <w:lvl w:ilvl="0" w:tplc="E8F2274C">
      <w:start w:val="1"/>
      <w:numFmt w:val="bullet"/>
      <w:lvlText w:val="-"/>
      <w:lvlJc w:val="left"/>
      <w:pPr>
        <w:ind w:left="720" w:hanging="360"/>
      </w:pPr>
      <w:rPr>
        <w:rFonts w:ascii="Aptos" w:hAnsi="Aptos" w:hint="default"/>
      </w:rPr>
    </w:lvl>
    <w:lvl w:ilvl="1" w:tplc="D8527410">
      <w:start w:val="1"/>
      <w:numFmt w:val="bullet"/>
      <w:lvlText w:val="o"/>
      <w:lvlJc w:val="left"/>
      <w:pPr>
        <w:ind w:left="1440" w:hanging="360"/>
      </w:pPr>
      <w:rPr>
        <w:rFonts w:ascii="Courier New" w:hAnsi="Courier New" w:hint="default"/>
      </w:rPr>
    </w:lvl>
    <w:lvl w:ilvl="2" w:tplc="25465D28">
      <w:start w:val="1"/>
      <w:numFmt w:val="bullet"/>
      <w:lvlText w:val=""/>
      <w:lvlJc w:val="left"/>
      <w:pPr>
        <w:ind w:left="2160" w:hanging="360"/>
      </w:pPr>
      <w:rPr>
        <w:rFonts w:ascii="Wingdings" w:hAnsi="Wingdings" w:hint="default"/>
      </w:rPr>
    </w:lvl>
    <w:lvl w:ilvl="3" w:tplc="3926BA6E">
      <w:start w:val="1"/>
      <w:numFmt w:val="bullet"/>
      <w:lvlText w:val=""/>
      <w:lvlJc w:val="left"/>
      <w:pPr>
        <w:ind w:left="2880" w:hanging="360"/>
      </w:pPr>
      <w:rPr>
        <w:rFonts w:ascii="Symbol" w:hAnsi="Symbol" w:hint="default"/>
      </w:rPr>
    </w:lvl>
    <w:lvl w:ilvl="4" w:tplc="BC38463A">
      <w:start w:val="1"/>
      <w:numFmt w:val="bullet"/>
      <w:lvlText w:val="o"/>
      <w:lvlJc w:val="left"/>
      <w:pPr>
        <w:ind w:left="3600" w:hanging="360"/>
      </w:pPr>
      <w:rPr>
        <w:rFonts w:ascii="Courier New" w:hAnsi="Courier New" w:hint="default"/>
      </w:rPr>
    </w:lvl>
    <w:lvl w:ilvl="5" w:tplc="870C79E0">
      <w:start w:val="1"/>
      <w:numFmt w:val="bullet"/>
      <w:lvlText w:val=""/>
      <w:lvlJc w:val="left"/>
      <w:pPr>
        <w:ind w:left="4320" w:hanging="360"/>
      </w:pPr>
      <w:rPr>
        <w:rFonts w:ascii="Wingdings" w:hAnsi="Wingdings" w:hint="default"/>
      </w:rPr>
    </w:lvl>
    <w:lvl w:ilvl="6" w:tplc="163AFEA0">
      <w:start w:val="1"/>
      <w:numFmt w:val="bullet"/>
      <w:lvlText w:val=""/>
      <w:lvlJc w:val="left"/>
      <w:pPr>
        <w:ind w:left="5040" w:hanging="360"/>
      </w:pPr>
      <w:rPr>
        <w:rFonts w:ascii="Symbol" w:hAnsi="Symbol" w:hint="default"/>
      </w:rPr>
    </w:lvl>
    <w:lvl w:ilvl="7" w:tplc="DA6AA5FE">
      <w:start w:val="1"/>
      <w:numFmt w:val="bullet"/>
      <w:lvlText w:val="o"/>
      <w:lvlJc w:val="left"/>
      <w:pPr>
        <w:ind w:left="5760" w:hanging="360"/>
      </w:pPr>
      <w:rPr>
        <w:rFonts w:ascii="Courier New" w:hAnsi="Courier New" w:hint="default"/>
      </w:rPr>
    </w:lvl>
    <w:lvl w:ilvl="8" w:tplc="B572842E">
      <w:start w:val="1"/>
      <w:numFmt w:val="bullet"/>
      <w:lvlText w:val=""/>
      <w:lvlJc w:val="left"/>
      <w:pPr>
        <w:ind w:left="6480" w:hanging="360"/>
      </w:pPr>
      <w:rPr>
        <w:rFonts w:ascii="Wingdings" w:hAnsi="Wingdings" w:hint="default"/>
      </w:rPr>
    </w:lvl>
  </w:abstractNum>
  <w:abstractNum w:abstractNumId="25" w15:restartNumberingAfterBreak="0">
    <w:nsid w:val="740370C1"/>
    <w:multiLevelType w:val="hybridMultilevel"/>
    <w:tmpl w:val="F0CAF450"/>
    <w:lvl w:ilvl="0" w:tplc="166809F6">
      <w:start w:val="46"/>
      <w:numFmt w:val="bullet"/>
      <w:lvlText w:val="-"/>
      <w:lvlJc w:val="left"/>
      <w:pPr>
        <w:ind w:left="720" w:hanging="360"/>
      </w:pPr>
      <w:rPr>
        <w:rFonts w:ascii="Arial" w:eastAsia="Times New Roman" w:hAnsi="Arial" w:cs="Arial"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4437752">
    <w:abstractNumId w:val="8"/>
  </w:num>
  <w:num w:numId="2" w16cid:durableId="1782795907">
    <w:abstractNumId w:val="6"/>
  </w:num>
  <w:num w:numId="3" w16cid:durableId="943339445">
    <w:abstractNumId w:val="5"/>
  </w:num>
  <w:num w:numId="4" w16cid:durableId="1331255698">
    <w:abstractNumId w:val="4"/>
  </w:num>
  <w:num w:numId="5" w16cid:durableId="435172288">
    <w:abstractNumId w:val="7"/>
  </w:num>
  <w:num w:numId="6" w16cid:durableId="61148869">
    <w:abstractNumId w:val="3"/>
  </w:num>
  <w:num w:numId="7" w16cid:durableId="1338574468">
    <w:abstractNumId w:val="2"/>
  </w:num>
  <w:num w:numId="8" w16cid:durableId="2016490435">
    <w:abstractNumId w:val="1"/>
  </w:num>
  <w:num w:numId="9" w16cid:durableId="115369094">
    <w:abstractNumId w:val="0"/>
  </w:num>
  <w:num w:numId="10" w16cid:durableId="400953778">
    <w:abstractNumId w:val="10"/>
  </w:num>
  <w:num w:numId="11" w16cid:durableId="292444082">
    <w:abstractNumId w:val="23"/>
  </w:num>
  <w:num w:numId="12" w16cid:durableId="185603835">
    <w:abstractNumId w:val="19"/>
  </w:num>
  <w:num w:numId="13" w16cid:durableId="2101483729">
    <w:abstractNumId w:val="16"/>
  </w:num>
  <w:num w:numId="14" w16cid:durableId="408960689">
    <w:abstractNumId w:val="11"/>
  </w:num>
  <w:num w:numId="15" w16cid:durableId="815296232">
    <w:abstractNumId w:val="15"/>
  </w:num>
  <w:num w:numId="16" w16cid:durableId="194469271">
    <w:abstractNumId w:val="17"/>
  </w:num>
  <w:num w:numId="17" w16cid:durableId="1003439851">
    <w:abstractNumId w:val="25"/>
  </w:num>
  <w:num w:numId="18" w16cid:durableId="636837582">
    <w:abstractNumId w:val="20"/>
  </w:num>
  <w:num w:numId="19" w16cid:durableId="716394570">
    <w:abstractNumId w:val="13"/>
  </w:num>
  <w:num w:numId="20" w16cid:durableId="189683515">
    <w:abstractNumId w:val="24"/>
  </w:num>
  <w:num w:numId="21" w16cid:durableId="1047948969">
    <w:abstractNumId w:val="12"/>
  </w:num>
  <w:num w:numId="22" w16cid:durableId="369839576">
    <w:abstractNumId w:val="22"/>
  </w:num>
  <w:num w:numId="23" w16cid:durableId="1783721353">
    <w:abstractNumId w:val="14"/>
  </w:num>
  <w:num w:numId="24" w16cid:durableId="545872407">
    <w:abstractNumId w:val="9"/>
  </w:num>
  <w:num w:numId="25" w16cid:durableId="22564193">
    <w:abstractNumId w:val="18"/>
  </w:num>
  <w:num w:numId="26" w16cid:durableId="12315005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71E6"/>
    <w:rsid w:val="0006063C"/>
    <w:rsid w:val="000E2DE9"/>
    <w:rsid w:val="0014479C"/>
    <w:rsid w:val="0015074B"/>
    <w:rsid w:val="00176CE3"/>
    <w:rsid w:val="001921B8"/>
    <w:rsid w:val="0029639D"/>
    <w:rsid w:val="00326F90"/>
    <w:rsid w:val="00340DA9"/>
    <w:rsid w:val="003E1E69"/>
    <w:rsid w:val="00443E0B"/>
    <w:rsid w:val="00465BDF"/>
    <w:rsid w:val="00497C72"/>
    <w:rsid w:val="005B1E9F"/>
    <w:rsid w:val="006370E8"/>
    <w:rsid w:val="007316B2"/>
    <w:rsid w:val="007757FE"/>
    <w:rsid w:val="00801372"/>
    <w:rsid w:val="00863BC8"/>
    <w:rsid w:val="00924B87"/>
    <w:rsid w:val="00975B38"/>
    <w:rsid w:val="009A25C5"/>
    <w:rsid w:val="00AA13E4"/>
    <w:rsid w:val="00AA1D8D"/>
    <w:rsid w:val="00B47730"/>
    <w:rsid w:val="00B55384"/>
    <w:rsid w:val="00B65520"/>
    <w:rsid w:val="00BD6FEC"/>
    <w:rsid w:val="00C50E03"/>
    <w:rsid w:val="00CB0664"/>
    <w:rsid w:val="00DB7C36"/>
    <w:rsid w:val="00E46E65"/>
    <w:rsid w:val="00E979FA"/>
    <w:rsid w:val="00FC693F"/>
    <w:rsid w:val="24AB25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83262C"/>
  <w14:defaultImageDpi w14:val="300"/>
  <w15:docId w15:val="{2BE7BE73-C37D-6D4F-B37E-E434DD35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Title"/>
    <w:next w:val="Normal"/>
    <w:link w:val="Heading1Char"/>
    <w:uiPriority w:val="9"/>
    <w:qFormat/>
    <w:rsid w:val="00B55384"/>
    <w:pPr>
      <w:jc w:val="center"/>
      <w:outlineLvl w:val="0"/>
    </w:pPr>
    <w:rPr>
      <w:sz w:val="4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B55384"/>
    <w:rPr>
      <w:rFonts w:asciiTheme="majorHAnsi" w:eastAsiaTheme="majorEastAsia" w:hAnsiTheme="majorHAnsi" w:cstheme="majorBidi"/>
      <w:color w:val="17365D" w:themeColor="text2" w:themeShade="BF"/>
      <w:spacing w:val="5"/>
      <w:kern w:val="28"/>
      <w:sz w:val="48"/>
      <w:szCs w:val="52"/>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Scarneo-Miller, Samantha</cp:lastModifiedBy>
  <cp:revision>2</cp:revision>
  <dcterms:created xsi:type="dcterms:W3CDTF">2025-05-30T17:07:00Z</dcterms:created>
  <dcterms:modified xsi:type="dcterms:W3CDTF">2025-05-30T17:07:00Z</dcterms:modified>
  <cp:category/>
</cp:coreProperties>
</file>