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7C539" w14:textId="064F9FF2" w:rsidR="003E1E69" w:rsidRDefault="00465BDF" w:rsidP="003E1E69">
      <w:pPr>
        <w:pStyle w:val="Title"/>
        <w:jc w:val="center"/>
      </w:pPr>
      <w:r w:rsidRPr="003E1E69">
        <w:rPr>
          <w:rStyle w:val="Heading1Char"/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BBC">
        <w:rPr>
          <w:rStyle w:val="Heading1Char"/>
        </w:rPr>
        <w:t>EAP Committee for Youth Sports</w:t>
      </w:r>
    </w:p>
    <w:p w14:paraId="5773F83C" w14:textId="6412525C" w:rsidR="005B1E9F" w:rsidRDefault="005B1E9F" w:rsidP="00330BBC">
      <w:pPr>
        <w:pStyle w:val="Heading2"/>
      </w:pPr>
      <w:r>
        <w:br/>
      </w:r>
    </w:p>
    <w:p w14:paraId="41C3B19D" w14:textId="7AD93C76" w:rsidR="00330BBC" w:rsidRDefault="00330BBC" w:rsidP="00330BBC">
      <w:r>
        <w:t>Example of EAP Committee Composition for the Youth Sport Setting</w:t>
      </w:r>
    </w:p>
    <w:p w14:paraId="725DEEDC" w14:textId="7AF16470" w:rsidR="005B1E9F" w:rsidRPr="005B1E9F" w:rsidRDefault="00330BBC" w:rsidP="005B1E9F">
      <w:pPr>
        <w:pStyle w:val="ListBullet"/>
        <w:numPr>
          <w:ilvl w:val="0"/>
          <w:numId w:val="0"/>
        </w:numPr>
        <w:rPr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19A71A58" wp14:editId="3AAA6CF9">
            <wp:extent cx="5486400" cy="3200400"/>
            <wp:effectExtent l="0" t="12700" r="0" b="12700"/>
            <wp:docPr id="2037464295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5B1E9F" w:rsidRPr="005B1E9F" w:rsidSect="00E46E65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E4B08" w14:textId="77777777" w:rsidR="00575767" w:rsidRDefault="00575767" w:rsidP="00465BDF">
      <w:pPr>
        <w:spacing w:after="0" w:line="240" w:lineRule="auto"/>
      </w:pPr>
      <w:r>
        <w:separator/>
      </w:r>
    </w:p>
  </w:endnote>
  <w:endnote w:type="continuationSeparator" w:id="0">
    <w:p w14:paraId="3B6E7719" w14:textId="77777777" w:rsidR="00575767" w:rsidRDefault="00575767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E127" w14:textId="77777777" w:rsidR="00465BDF" w:rsidRDefault="00465BDF" w:rsidP="00465BDF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bookmarkStart w:id="8" w:name="_Hlk197686029"/>
    <w:bookmarkStart w:id="9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EA436" w14:textId="77777777" w:rsidR="00575767" w:rsidRDefault="00575767" w:rsidP="00465BDF">
      <w:pPr>
        <w:spacing w:after="0" w:line="240" w:lineRule="auto"/>
      </w:pPr>
      <w:r>
        <w:separator/>
      </w:r>
    </w:p>
  </w:footnote>
  <w:footnote w:type="continuationSeparator" w:id="0">
    <w:p w14:paraId="449C0DA2" w14:textId="77777777" w:rsidR="00575767" w:rsidRDefault="00575767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501CF"/>
    <w:multiLevelType w:val="hybridMultilevel"/>
    <w:tmpl w:val="D0E6C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0679A8"/>
    <w:multiLevelType w:val="multilevel"/>
    <w:tmpl w:val="CCBCD0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10173409"/>
    <w:multiLevelType w:val="hybridMultilevel"/>
    <w:tmpl w:val="1006250C"/>
    <w:lvl w:ilvl="0" w:tplc="A416546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F5E1E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EA4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8B8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0AA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3E55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94E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CA5D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86F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1CC51"/>
    <w:multiLevelType w:val="hybridMultilevel"/>
    <w:tmpl w:val="053044CA"/>
    <w:lvl w:ilvl="0" w:tplc="5ED2391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49A7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62C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8E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E66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6E4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A6C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AF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8E37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4F3B12"/>
    <w:multiLevelType w:val="hybridMultilevel"/>
    <w:tmpl w:val="FF8E8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B25F2"/>
    <w:multiLevelType w:val="multilevel"/>
    <w:tmpl w:val="DCCAC3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4891FF0"/>
    <w:multiLevelType w:val="multilevel"/>
    <w:tmpl w:val="E88024D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5FA6840"/>
    <w:multiLevelType w:val="multilevel"/>
    <w:tmpl w:val="6224672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89B5736"/>
    <w:multiLevelType w:val="hybridMultilevel"/>
    <w:tmpl w:val="A348B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5E712E"/>
    <w:multiLevelType w:val="multilevel"/>
    <w:tmpl w:val="9034811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CF11B09"/>
    <w:multiLevelType w:val="hybridMultilevel"/>
    <w:tmpl w:val="D54C43C4"/>
    <w:lvl w:ilvl="0" w:tplc="166809F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84293"/>
    <w:multiLevelType w:val="hybridMultilevel"/>
    <w:tmpl w:val="557C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8941A4"/>
    <w:multiLevelType w:val="hybridMultilevel"/>
    <w:tmpl w:val="65AC00AC"/>
    <w:lvl w:ilvl="0" w:tplc="2C1A31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96F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504C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24F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166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005E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0E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025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029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47DCC"/>
    <w:multiLevelType w:val="hybridMultilevel"/>
    <w:tmpl w:val="CF9C139E"/>
    <w:lvl w:ilvl="0" w:tplc="E8F227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527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65D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6B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3846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C7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3AFE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6AA5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728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370C1"/>
    <w:multiLevelType w:val="hybridMultilevel"/>
    <w:tmpl w:val="F0CAF450"/>
    <w:lvl w:ilvl="0" w:tplc="166809F6">
      <w:start w:val="4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437752">
    <w:abstractNumId w:val="8"/>
  </w:num>
  <w:num w:numId="2" w16cid:durableId="1782795907">
    <w:abstractNumId w:val="6"/>
  </w:num>
  <w:num w:numId="3" w16cid:durableId="943339445">
    <w:abstractNumId w:val="5"/>
  </w:num>
  <w:num w:numId="4" w16cid:durableId="1331255698">
    <w:abstractNumId w:val="4"/>
  </w:num>
  <w:num w:numId="5" w16cid:durableId="435172288">
    <w:abstractNumId w:val="7"/>
  </w:num>
  <w:num w:numId="6" w16cid:durableId="61148869">
    <w:abstractNumId w:val="3"/>
  </w:num>
  <w:num w:numId="7" w16cid:durableId="1338574468">
    <w:abstractNumId w:val="2"/>
  </w:num>
  <w:num w:numId="8" w16cid:durableId="2016490435">
    <w:abstractNumId w:val="1"/>
  </w:num>
  <w:num w:numId="9" w16cid:durableId="115369094">
    <w:abstractNumId w:val="0"/>
  </w:num>
  <w:num w:numId="10" w16cid:durableId="400953778">
    <w:abstractNumId w:val="10"/>
  </w:num>
  <w:num w:numId="11" w16cid:durableId="292444082">
    <w:abstractNumId w:val="23"/>
  </w:num>
  <w:num w:numId="12" w16cid:durableId="185603835">
    <w:abstractNumId w:val="19"/>
  </w:num>
  <w:num w:numId="13" w16cid:durableId="2101483729">
    <w:abstractNumId w:val="16"/>
  </w:num>
  <w:num w:numId="14" w16cid:durableId="408960689">
    <w:abstractNumId w:val="11"/>
  </w:num>
  <w:num w:numId="15" w16cid:durableId="815296232">
    <w:abstractNumId w:val="15"/>
  </w:num>
  <w:num w:numId="16" w16cid:durableId="194469271">
    <w:abstractNumId w:val="17"/>
  </w:num>
  <w:num w:numId="17" w16cid:durableId="1003439851">
    <w:abstractNumId w:val="25"/>
  </w:num>
  <w:num w:numId="18" w16cid:durableId="636837582">
    <w:abstractNumId w:val="20"/>
  </w:num>
  <w:num w:numId="19" w16cid:durableId="716394570">
    <w:abstractNumId w:val="13"/>
  </w:num>
  <w:num w:numId="20" w16cid:durableId="189683515">
    <w:abstractNumId w:val="24"/>
  </w:num>
  <w:num w:numId="21" w16cid:durableId="1047948969">
    <w:abstractNumId w:val="12"/>
  </w:num>
  <w:num w:numId="22" w16cid:durableId="369839576">
    <w:abstractNumId w:val="22"/>
  </w:num>
  <w:num w:numId="23" w16cid:durableId="1783721353">
    <w:abstractNumId w:val="14"/>
  </w:num>
  <w:num w:numId="24" w16cid:durableId="545872407">
    <w:abstractNumId w:val="9"/>
  </w:num>
  <w:num w:numId="25" w16cid:durableId="22564193">
    <w:abstractNumId w:val="18"/>
  </w:num>
  <w:num w:numId="26" w16cid:durableId="123150059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E6"/>
    <w:rsid w:val="0006063C"/>
    <w:rsid w:val="000E2DE9"/>
    <w:rsid w:val="0014479C"/>
    <w:rsid w:val="0015074B"/>
    <w:rsid w:val="00176CE3"/>
    <w:rsid w:val="001921B8"/>
    <w:rsid w:val="0029639D"/>
    <w:rsid w:val="00326F90"/>
    <w:rsid w:val="00330BBC"/>
    <w:rsid w:val="00340DA9"/>
    <w:rsid w:val="003E1E69"/>
    <w:rsid w:val="00443E0B"/>
    <w:rsid w:val="00465BDF"/>
    <w:rsid w:val="00497C72"/>
    <w:rsid w:val="00575767"/>
    <w:rsid w:val="005B1E9F"/>
    <w:rsid w:val="006370E8"/>
    <w:rsid w:val="007316B2"/>
    <w:rsid w:val="007757FE"/>
    <w:rsid w:val="00801372"/>
    <w:rsid w:val="00863BC8"/>
    <w:rsid w:val="00975B38"/>
    <w:rsid w:val="009A25C5"/>
    <w:rsid w:val="00AA13E4"/>
    <w:rsid w:val="00AA1D8D"/>
    <w:rsid w:val="00B47730"/>
    <w:rsid w:val="00B55384"/>
    <w:rsid w:val="00B65520"/>
    <w:rsid w:val="00BD6FEC"/>
    <w:rsid w:val="00C50E03"/>
    <w:rsid w:val="00CB0664"/>
    <w:rsid w:val="00DB7C36"/>
    <w:rsid w:val="00E46E65"/>
    <w:rsid w:val="00E979FA"/>
    <w:rsid w:val="00FC693F"/>
    <w:rsid w:val="24AB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CC1CE2A-8623-469A-A359-9F653CA574B1}" type="doc">
      <dgm:prSet loTypeId="urn:microsoft.com/office/officeart/2005/8/layout/cycle6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062AFDD-8284-4DE6-A898-32B83B3E8587}">
      <dgm:prSet phldrT="[Text]"/>
      <dgm:spPr/>
      <dgm:t>
        <a:bodyPr/>
        <a:lstStyle/>
        <a:p>
          <a:r>
            <a:rPr lang="en-US"/>
            <a:t>AT</a:t>
          </a:r>
        </a:p>
      </dgm:t>
    </dgm:pt>
    <dgm:pt modelId="{B537A90E-7C0C-4124-A042-0B02CD6EE9DC}" type="parTrans" cxnId="{88C478A3-74EB-4A67-B8CD-9F1F4A6F6205}">
      <dgm:prSet/>
      <dgm:spPr/>
      <dgm:t>
        <a:bodyPr/>
        <a:lstStyle/>
        <a:p>
          <a:endParaRPr lang="en-US"/>
        </a:p>
      </dgm:t>
    </dgm:pt>
    <dgm:pt modelId="{04D33BD8-F8EC-4691-860E-6F3E7BB00340}" type="sibTrans" cxnId="{88C478A3-74EB-4A67-B8CD-9F1F4A6F6205}">
      <dgm:prSet/>
      <dgm:spPr/>
      <dgm:t>
        <a:bodyPr/>
        <a:lstStyle/>
        <a:p>
          <a:endParaRPr lang="en-US"/>
        </a:p>
      </dgm:t>
    </dgm:pt>
    <dgm:pt modelId="{C693C2E7-348B-4AE0-B449-893696796A5B}">
      <dgm:prSet phldrT="[Text]"/>
      <dgm:spPr/>
      <dgm:t>
        <a:bodyPr/>
        <a:lstStyle/>
        <a:p>
          <a:r>
            <a:rPr lang="en-US"/>
            <a:t>Organization President</a:t>
          </a:r>
        </a:p>
      </dgm:t>
    </dgm:pt>
    <dgm:pt modelId="{7CF18299-A8EB-4AD5-BFAA-D7575797A074}" type="parTrans" cxnId="{F69DC53F-E1B4-4079-A2CD-478AB0A8A77D}">
      <dgm:prSet/>
      <dgm:spPr/>
      <dgm:t>
        <a:bodyPr/>
        <a:lstStyle/>
        <a:p>
          <a:endParaRPr lang="en-US"/>
        </a:p>
      </dgm:t>
    </dgm:pt>
    <dgm:pt modelId="{1D820EED-1BFA-446E-BCC5-239C3E1A118D}" type="sibTrans" cxnId="{F69DC53F-E1B4-4079-A2CD-478AB0A8A77D}">
      <dgm:prSet/>
      <dgm:spPr/>
      <dgm:t>
        <a:bodyPr/>
        <a:lstStyle/>
        <a:p>
          <a:endParaRPr lang="en-US"/>
        </a:p>
      </dgm:t>
    </dgm:pt>
    <dgm:pt modelId="{A5F831ED-3835-4D09-A5FA-AD537F5EAF12}">
      <dgm:prSet phldrT="[Text]"/>
      <dgm:spPr/>
      <dgm:t>
        <a:bodyPr/>
        <a:lstStyle/>
        <a:p>
          <a:r>
            <a:rPr lang="en-US"/>
            <a:t>Facility Director</a:t>
          </a:r>
        </a:p>
      </dgm:t>
    </dgm:pt>
    <dgm:pt modelId="{32987CDF-6418-450D-BFBA-51DA1144FFD7}" type="parTrans" cxnId="{99D8407F-88FC-43FA-B7FF-C7FE3FB92254}">
      <dgm:prSet/>
      <dgm:spPr/>
      <dgm:t>
        <a:bodyPr/>
        <a:lstStyle/>
        <a:p>
          <a:endParaRPr lang="en-US"/>
        </a:p>
      </dgm:t>
    </dgm:pt>
    <dgm:pt modelId="{2F65FA93-373D-4E8A-9BB5-68CF38135410}" type="sibTrans" cxnId="{99D8407F-88FC-43FA-B7FF-C7FE3FB92254}">
      <dgm:prSet/>
      <dgm:spPr/>
      <dgm:t>
        <a:bodyPr/>
        <a:lstStyle/>
        <a:p>
          <a:endParaRPr lang="en-US"/>
        </a:p>
      </dgm:t>
    </dgm:pt>
    <dgm:pt modelId="{0CDD3FED-4041-4DD8-BE6A-FF68CF345A28}">
      <dgm:prSet phldrT="[Text]"/>
      <dgm:spPr/>
      <dgm:t>
        <a:bodyPr/>
        <a:lstStyle/>
        <a:p>
          <a:r>
            <a:rPr lang="en-US"/>
            <a:t>Local EMS Rep</a:t>
          </a:r>
        </a:p>
      </dgm:t>
    </dgm:pt>
    <dgm:pt modelId="{8AD0380C-2A93-43DD-933F-AA52DAF7539C}" type="parTrans" cxnId="{3B98D215-6919-439C-800A-4D7D0A04875C}">
      <dgm:prSet/>
      <dgm:spPr/>
      <dgm:t>
        <a:bodyPr/>
        <a:lstStyle/>
        <a:p>
          <a:endParaRPr lang="en-US"/>
        </a:p>
      </dgm:t>
    </dgm:pt>
    <dgm:pt modelId="{35CB6AD6-1E80-4E6E-940C-EEE42320C81F}" type="sibTrans" cxnId="{3B98D215-6919-439C-800A-4D7D0A04875C}">
      <dgm:prSet/>
      <dgm:spPr/>
      <dgm:t>
        <a:bodyPr/>
        <a:lstStyle/>
        <a:p>
          <a:endParaRPr lang="en-US"/>
        </a:p>
      </dgm:t>
    </dgm:pt>
    <dgm:pt modelId="{6CB7C15B-A377-4465-91D3-11CB5293B07C}" type="pres">
      <dgm:prSet presAssocID="{1CC1CE2A-8623-469A-A359-9F653CA574B1}" presName="cycle" presStyleCnt="0">
        <dgm:presLayoutVars>
          <dgm:dir/>
          <dgm:resizeHandles val="exact"/>
        </dgm:presLayoutVars>
      </dgm:prSet>
      <dgm:spPr/>
    </dgm:pt>
    <dgm:pt modelId="{F9A389AD-93A8-4555-AA8C-160B8B0E716B}" type="pres">
      <dgm:prSet presAssocID="{A062AFDD-8284-4DE6-A898-32B83B3E8587}" presName="node" presStyleLbl="node1" presStyleIdx="0" presStyleCnt="4">
        <dgm:presLayoutVars>
          <dgm:bulletEnabled val="1"/>
        </dgm:presLayoutVars>
      </dgm:prSet>
      <dgm:spPr/>
    </dgm:pt>
    <dgm:pt modelId="{A9E5ED9D-3097-4606-BE2C-09E39D747FCB}" type="pres">
      <dgm:prSet presAssocID="{A062AFDD-8284-4DE6-A898-32B83B3E8587}" presName="spNode" presStyleCnt="0"/>
      <dgm:spPr/>
    </dgm:pt>
    <dgm:pt modelId="{E6BD0F0C-21FB-4BBA-B834-B2B1FA0BF918}" type="pres">
      <dgm:prSet presAssocID="{04D33BD8-F8EC-4691-860E-6F3E7BB00340}" presName="sibTrans" presStyleLbl="sibTrans1D1" presStyleIdx="0" presStyleCnt="4"/>
      <dgm:spPr/>
    </dgm:pt>
    <dgm:pt modelId="{AC093770-0E45-4BFC-A854-8E7F4FD08AF9}" type="pres">
      <dgm:prSet presAssocID="{C693C2E7-348B-4AE0-B449-893696796A5B}" presName="node" presStyleLbl="node1" presStyleIdx="1" presStyleCnt="4">
        <dgm:presLayoutVars>
          <dgm:bulletEnabled val="1"/>
        </dgm:presLayoutVars>
      </dgm:prSet>
      <dgm:spPr/>
    </dgm:pt>
    <dgm:pt modelId="{6BACEC95-E9AC-4570-8C47-B6AF1E9CA981}" type="pres">
      <dgm:prSet presAssocID="{C693C2E7-348B-4AE0-B449-893696796A5B}" presName="spNode" presStyleCnt="0"/>
      <dgm:spPr/>
    </dgm:pt>
    <dgm:pt modelId="{FDBB8D25-CBB7-4263-A35E-1DEDDF1CABE7}" type="pres">
      <dgm:prSet presAssocID="{1D820EED-1BFA-446E-BCC5-239C3E1A118D}" presName="sibTrans" presStyleLbl="sibTrans1D1" presStyleIdx="1" presStyleCnt="4"/>
      <dgm:spPr/>
    </dgm:pt>
    <dgm:pt modelId="{0AEFC423-4DE1-4F5F-BFF2-DFB36DDFBBFF}" type="pres">
      <dgm:prSet presAssocID="{A5F831ED-3835-4D09-A5FA-AD537F5EAF12}" presName="node" presStyleLbl="node1" presStyleIdx="2" presStyleCnt="4">
        <dgm:presLayoutVars>
          <dgm:bulletEnabled val="1"/>
        </dgm:presLayoutVars>
      </dgm:prSet>
      <dgm:spPr/>
    </dgm:pt>
    <dgm:pt modelId="{8D814B65-E1F0-47F0-84AE-A805157A47D6}" type="pres">
      <dgm:prSet presAssocID="{A5F831ED-3835-4D09-A5FA-AD537F5EAF12}" presName="spNode" presStyleCnt="0"/>
      <dgm:spPr/>
    </dgm:pt>
    <dgm:pt modelId="{41DDACF1-54A9-4BB4-A8EC-B91BA41159F5}" type="pres">
      <dgm:prSet presAssocID="{2F65FA93-373D-4E8A-9BB5-68CF38135410}" presName="sibTrans" presStyleLbl="sibTrans1D1" presStyleIdx="2" presStyleCnt="4"/>
      <dgm:spPr/>
    </dgm:pt>
    <dgm:pt modelId="{468FDB4F-D3D4-44A0-9E9C-17DAA38591A6}" type="pres">
      <dgm:prSet presAssocID="{0CDD3FED-4041-4DD8-BE6A-FF68CF345A28}" presName="node" presStyleLbl="node1" presStyleIdx="3" presStyleCnt="4">
        <dgm:presLayoutVars>
          <dgm:bulletEnabled val="1"/>
        </dgm:presLayoutVars>
      </dgm:prSet>
      <dgm:spPr/>
    </dgm:pt>
    <dgm:pt modelId="{801A49A1-1E99-4156-BED2-5900F12B6C94}" type="pres">
      <dgm:prSet presAssocID="{0CDD3FED-4041-4DD8-BE6A-FF68CF345A28}" presName="spNode" presStyleCnt="0"/>
      <dgm:spPr/>
    </dgm:pt>
    <dgm:pt modelId="{5C22316C-277E-4ECE-90D1-9CE8978DAEDD}" type="pres">
      <dgm:prSet presAssocID="{35CB6AD6-1E80-4E6E-940C-EEE42320C81F}" presName="sibTrans" presStyleLbl="sibTrans1D1" presStyleIdx="3" presStyleCnt="4"/>
      <dgm:spPr/>
    </dgm:pt>
  </dgm:ptLst>
  <dgm:cxnLst>
    <dgm:cxn modelId="{3B98D215-6919-439C-800A-4D7D0A04875C}" srcId="{1CC1CE2A-8623-469A-A359-9F653CA574B1}" destId="{0CDD3FED-4041-4DD8-BE6A-FF68CF345A28}" srcOrd="3" destOrd="0" parTransId="{8AD0380C-2A93-43DD-933F-AA52DAF7539C}" sibTransId="{35CB6AD6-1E80-4E6E-940C-EEE42320C81F}"/>
    <dgm:cxn modelId="{E244601A-2C10-40F9-A459-087C8042D4FA}" type="presOf" srcId="{04D33BD8-F8EC-4691-860E-6F3E7BB00340}" destId="{E6BD0F0C-21FB-4BBA-B834-B2B1FA0BF918}" srcOrd="0" destOrd="0" presId="urn:microsoft.com/office/officeart/2005/8/layout/cycle6"/>
    <dgm:cxn modelId="{F69DC53F-E1B4-4079-A2CD-478AB0A8A77D}" srcId="{1CC1CE2A-8623-469A-A359-9F653CA574B1}" destId="{C693C2E7-348B-4AE0-B449-893696796A5B}" srcOrd="1" destOrd="0" parTransId="{7CF18299-A8EB-4AD5-BFAA-D7575797A074}" sibTransId="{1D820EED-1BFA-446E-BCC5-239C3E1A118D}"/>
    <dgm:cxn modelId="{C2FAA25A-0DB3-4085-9AED-5C62F9EACCB3}" type="presOf" srcId="{A062AFDD-8284-4DE6-A898-32B83B3E8587}" destId="{F9A389AD-93A8-4555-AA8C-160B8B0E716B}" srcOrd="0" destOrd="0" presId="urn:microsoft.com/office/officeart/2005/8/layout/cycle6"/>
    <dgm:cxn modelId="{46692662-AEFD-4366-83C5-0D4E134BB13C}" type="presOf" srcId="{35CB6AD6-1E80-4E6E-940C-EEE42320C81F}" destId="{5C22316C-277E-4ECE-90D1-9CE8978DAEDD}" srcOrd="0" destOrd="0" presId="urn:microsoft.com/office/officeart/2005/8/layout/cycle6"/>
    <dgm:cxn modelId="{85AAAD6F-B3C1-4B40-95D6-C67985F4014E}" type="presOf" srcId="{C693C2E7-348B-4AE0-B449-893696796A5B}" destId="{AC093770-0E45-4BFC-A854-8E7F4FD08AF9}" srcOrd="0" destOrd="0" presId="urn:microsoft.com/office/officeart/2005/8/layout/cycle6"/>
    <dgm:cxn modelId="{99D8407F-88FC-43FA-B7FF-C7FE3FB92254}" srcId="{1CC1CE2A-8623-469A-A359-9F653CA574B1}" destId="{A5F831ED-3835-4D09-A5FA-AD537F5EAF12}" srcOrd="2" destOrd="0" parTransId="{32987CDF-6418-450D-BFBA-51DA1144FFD7}" sibTransId="{2F65FA93-373D-4E8A-9BB5-68CF38135410}"/>
    <dgm:cxn modelId="{A8792F88-90AA-4D87-A95B-FC32B4B4160A}" type="presOf" srcId="{1CC1CE2A-8623-469A-A359-9F653CA574B1}" destId="{6CB7C15B-A377-4465-91D3-11CB5293B07C}" srcOrd="0" destOrd="0" presId="urn:microsoft.com/office/officeart/2005/8/layout/cycle6"/>
    <dgm:cxn modelId="{88C478A3-74EB-4A67-B8CD-9F1F4A6F6205}" srcId="{1CC1CE2A-8623-469A-A359-9F653CA574B1}" destId="{A062AFDD-8284-4DE6-A898-32B83B3E8587}" srcOrd="0" destOrd="0" parTransId="{B537A90E-7C0C-4124-A042-0B02CD6EE9DC}" sibTransId="{04D33BD8-F8EC-4691-860E-6F3E7BB00340}"/>
    <dgm:cxn modelId="{2AB3D0A9-F71B-4352-9581-7E87240FFBFE}" type="presOf" srcId="{0CDD3FED-4041-4DD8-BE6A-FF68CF345A28}" destId="{468FDB4F-D3D4-44A0-9E9C-17DAA38591A6}" srcOrd="0" destOrd="0" presId="urn:microsoft.com/office/officeart/2005/8/layout/cycle6"/>
    <dgm:cxn modelId="{F784F9B6-86AE-49C2-A39F-85E2C9B5BE1A}" type="presOf" srcId="{1D820EED-1BFA-446E-BCC5-239C3E1A118D}" destId="{FDBB8D25-CBB7-4263-A35E-1DEDDF1CABE7}" srcOrd="0" destOrd="0" presId="urn:microsoft.com/office/officeart/2005/8/layout/cycle6"/>
    <dgm:cxn modelId="{47C8BEC5-0153-47FE-91BC-175ED4384A24}" type="presOf" srcId="{2F65FA93-373D-4E8A-9BB5-68CF38135410}" destId="{41DDACF1-54A9-4BB4-A8EC-B91BA41159F5}" srcOrd="0" destOrd="0" presId="urn:microsoft.com/office/officeart/2005/8/layout/cycle6"/>
    <dgm:cxn modelId="{8AA25AFF-65CD-4C01-AEB3-15F903867F3E}" type="presOf" srcId="{A5F831ED-3835-4D09-A5FA-AD537F5EAF12}" destId="{0AEFC423-4DE1-4F5F-BFF2-DFB36DDFBBFF}" srcOrd="0" destOrd="0" presId="urn:microsoft.com/office/officeart/2005/8/layout/cycle6"/>
    <dgm:cxn modelId="{5A5FFDBA-13BB-4758-A186-5B2D9E3EFA18}" type="presParOf" srcId="{6CB7C15B-A377-4465-91D3-11CB5293B07C}" destId="{F9A389AD-93A8-4555-AA8C-160B8B0E716B}" srcOrd="0" destOrd="0" presId="urn:microsoft.com/office/officeart/2005/8/layout/cycle6"/>
    <dgm:cxn modelId="{4AE8838A-FDBB-4892-995F-E5766819B3B3}" type="presParOf" srcId="{6CB7C15B-A377-4465-91D3-11CB5293B07C}" destId="{A9E5ED9D-3097-4606-BE2C-09E39D747FCB}" srcOrd="1" destOrd="0" presId="urn:microsoft.com/office/officeart/2005/8/layout/cycle6"/>
    <dgm:cxn modelId="{3C254567-4439-4187-A263-EBBEDE56E7E1}" type="presParOf" srcId="{6CB7C15B-A377-4465-91D3-11CB5293B07C}" destId="{E6BD0F0C-21FB-4BBA-B834-B2B1FA0BF918}" srcOrd="2" destOrd="0" presId="urn:microsoft.com/office/officeart/2005/8/layout/cycle6"/>
    <dgm:cxn modelId="{1AE9FB44-697B-4050-AA49-A12DDA407CD2}" type="presParOf" srcId="{6CB7C15B-A377-4465-91D3-11CB5293B07C}" destId="{AC093770-0E45-4BFC-A854-8E7F4FD08AF9}" srcOrd="3" destOrd="0" presId="urn:microsoft.com/office/officeart/2005/8/layout/cycle6"/>
    <dgm:cxn modelId="{F1B9B562-6605-4084-8159-8E18D8601020}" type="presParOf" srcId="{6CB7C15B-A377-4465-91D3-11CB5293B07C}" destId="{6BACEC95-E9AC-4570-8C47-B6AF1E9CA981}" srcOrd="4" destOrd="0" presId="urn:microsoft.com/office/officeart/2005/8/layout/cycle6"/>
    <dgm:cxn modelId="{A097D625-CB7C-4DBE-8184-7FDDFB49AEDA}" type="presParOf" srcId="{6CB7C15B-A377-4465-91D3-11CB5293B07C}" destId="{FDBB8D25-CBB7-4263-A35E-1DEDDF1CABE7}" srcOrd="5" destOrd="0" presId="urn:microsoft.com/office/officeart/2005/8/layout/cycle6"/>
    <dgm:cxn modelId="{EA08107A-10C7-4024-A96D-79AB1CBACA6E}" type="presParOf" srcId="{6CB7C15B-A377-4465-91D3-11CB5293B07C}" destId="{0AEFC423-4DE1-4F5F-BFF2-DFB36DDFBBFF}" srcOrd="6" destOrd="0" presId="urn:microsoft.com/office/officeart/2005/8/layout/cycle6"/>
    <dgm:cxn modelId="{D158A9CC-00CB-440C-BB7E-050BB49C0D98}" type="presParOf" srcId="{6CB7C15B-A377-4465-91D3-11CB5293B07C}" destId="{8D814B65-E1F0-47F0-84AE-A805157A47D6}" srcOrd="7" destOrd="0" presId="urn:microsoft.com/office/officeart/2005/8/layout/cycle6"/>
    <dgm:cxn modelId="{0DFE21FA-F576-4CA6-9D6F-F68C6020AD4C}" type="presParOf" srcId="{6CB7C15B-A377-4465-91D3-11CB5293B07C}" destId="{41DDACF1-54A9-4BB4-A8EC-B91BA41159F5}" srcOrd="8" destOrd="0" presId="urn:microsoft.com/office/officeart/2005/8/layout/cycle6"/>
    <dgm:cxn modelId="{248FF435-8AF1-4873-8473-ADD80F5E67F1}" type="presParOf" srcId="{6CB7C15B-A377-4465-91D3-11CB5293B07C}" destId="{468FDB4F-D3D4-44A0-9E9C-17DAA38591A6}" srcOrd="9" destOrd="0" presId="urn:microsoft.com/office/officeart/2005/8/layout/cycle6"/>
    <dgm:cxn modelId="{047C13E3-DCC5-4B59-A758-FE72F16D032F}" type="presParOf" srcId="{6CB7C15B-A377-4465-91D3-11CB5293B07C}" destId="{801A49A1-1E99-4156-BED2-5900F12B6C94}" srcOrd="10" destOrd="0" presId="urn:microsoft.com/office/officeart/2005/8/layout/cycle6"/>
    <dgm:cxn modelId="{3C900551-35B2-4030-96E8-F3A010F8C33D}" type="presParOf" srcId="{6CB7C15B-A377-4465-91D3-11CB5293B07C}" destId="{5C22316C-277E-4ECE-90D1-9CE8978DAEDD}" srcOrd="11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A389AD-93A8-4555-AA8C-160B8B0E716B}">
      <dsp:nvSpPr>
        <dsp:cNvPr id="0" name=""/>
        <dsp:cNvSpPr/>
      </dsp:nvSpPr>
      <dsp:spPr>
        <a:xfrm>
          <a:off x="2171923" y="1764"/>
          <a:ext cx="1142553" cy="74265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AT</a:t>
          </a:r>
        </a:p>
      </dsp:txBody>
      <dsp:txXfrm>
        <a:off x="2208177" y="38018"/>
        <a:ext cx="1070045" cy="670151"/>
      </dsp:txXfrm>
    </dsp:sp>
    <dsp:sp modelId="{E6BD0F0C-21FB-4BBA-B834-B2B1FA0BF918}">
      <dsp:nvSpPr>
        <dsp:cNvPr id="0" name=""/>
        <dsp:cNvSpPr/>
      </dsp:nvSpPr>
      <dsp:spPr>
        <a:xfrm>
          <a:off x="1516093" y="373093"/>
          <a:ext cx="2454212" cy="2454212"/>
        </a:xfrm>
        <a:custGeom>
          <a:avLst/>
          <a:gdLst/>
          <a:ahLst/>
          <a:cxnLst/>
          <a:rect l="0" t="0" r="0" b="0"/>
          <a:pathLst>
            <a:path>
              <a:moveTo>
                <a:pt x="1806615" y="145459"/>
              </a:moveTo>
              <a:arcTo wR="1227106" hR="1227106" stAng="17890853" swAng="262618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C093770-0E45-4BFC-A854-8E7F4FD08AF9}">
      <dsp:nvSpPr>
        <dsp:cNvPr id="0" name=""/>
        <dsp:cNvSpPr/>
      </dsp:nvSpPr>
      <dsp:spPr>
        <a:xfrm>
          <a:off x="3399029" y="1228870"/>
          <a:ext cx="1142553" cy="74265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Organization President</a:t>
          </a:r>
        </a:p>
      </dsp:txBody>
      <dsp:txXfrm>
        <a:off x="3435283" y="1265124"/>
        <a:ext cx="1070045" cy="670151"/>
      </dsp:txXfrm>
    </dsp:sp>
    <dsp:sp modelId="{FDBB8D25-CBB7-4263-A35E-1DEDDF1CABE7}">
      <dsp:nvSpPr>
        <dsp:cNvPr id="0" name=""/>
        <dsp:cNvSpPr/>
      </dsp:nvSpPr>
      <dsp:spPr>
        <a:xfrm>
          <a:off x="1516093" y="373093"/>
          <a:ext cx="2454212" cy="2454212"/>
        </a:xfrm>
        <a:custGeom>
          <a:avLst/>
          <a:gdLst/>
          <a:ahLst/>
          <a:cxnLst/>
          <a:rect l="0" t="0" r="0" b="0"/>
          <a:pathLst>
            <a:path>
              <a:moveTo>
                <a:pt x="2393825" y="1607308"/>
              </a:moveTo>
              <a:arcTo wR="1227106" hR="1227106" stAng="1082964" swAng="262618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EFC423-4DE1-4F5F-BFF2-DFB36DDFBBFF}">
      <dsp:nvSpPr>
        <dsp:cNvPr id="0" name=""/>
        <dsp:cNvSpPr/>
      </dsp:nvSpPr>
      <dsp:spPr>
        <a:xfrm>
          <a:off x="2171923" y="2455976"/>
          <a:ext cx="1142553" cy="74265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Facility Director</a:t>
          </a:r>
        </a:p>
      </dsp:txBody>
      <dsp:txXfrm>
        <a:off x="2208177" y="2492230"/>
        <a:ext cx="1070045" cy="670151"/>
      </dsp:txXfrm>
    </dsp:sp>
    <dsp:sp modelId="{41DDACF1-54A9-4BB4-A8EC-B91BA41159F5}">
      <dsp:nvSpPr>
        <dsp:cNvPr id="0" name=""/>
        <dsp:cNvSpPr/>
      </dsp:nvSpPr>
      <dsp:spPr>
        <a:xfrm>
          <a:off x="1516093" y="373093"/>
          <a:ext cx="2454212" cy="2454212"/>
        </a:xfrm>
        <a:custGeom>
          <a:avLst/>
          <a:gdLst/>
          <a:ahLst/>
          <a:cxnLst/>
          <a:rect l="0" t="0" r="0" b="0"/>
          <a:pathLst>
            <a:path>
              <a:moveTo>
                <a:pt x="647596" y="2308752"/>
              </a:moveTo>
              <a:arcTo wR="1227106" hR="1227106" stAng="7090853" swAng="262618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8FDB4F-D3D4-44A0-9E9C-17DAA38591A6}">
      <dsp:nvSpPr>
        <dsp:cNvPr id="0" name=""/>
        <dsp:cNvSpPr/>
      </dsp:nvSpPr>
      <dsp:spPr>
        <a:xfrm>
          <a:off x="944817" y="1228870"/>
          <a:ext cx="1142553" cy="742659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9530" tIns="49530" rIns="49530" bIns="4953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300" kern="1200"/>
            <a:t>Local EMS Rep</a:t>
          </a:r>
        </a:p>
      </dsp:txBody>
      <dsp:txXfrm>
        <a:off x="981071" y="1265124"/>
        <a:ext cx="1070045" cy="670151"/>
      </dsp:txXfrm>
    </dsp:sp>
    <dsp:sp modelId="{5C22316C-277E-4ECE-90D1-9CE8978DAEDD}">
      <dsp:nvSpPr>
        <dsp:cNvPr id="0" name=""/>
        <dsp:cNvSpPr/>
      </dsp:nvSpPr>
      <dsp:spPr>
        <a:xfrm>
          <a:off x="1516093" y="373093"/>
          <a:ext cx="2454212" cy="2454212"/>
        </a:xfrm>
        <a:custGeom>
          <a:avLst/>
          <a:gdLst/>
          <a:ahLst/>
          <a:cxnLst/>
          <a:rect l="0" t="0" r="0" b="0"/>
          <a:pathLst>
            <a:path>
              <a:moveTo>
                <a:pt x="60386" y="846903"/>
              </a:moveTo>
              <a:arcTo wR="1227106" hR="1227106" stAng="11882964" swAng="2626183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Scarneo-Miller, Samantha</cp:lastModifiedBy>
  <cp:revision>2</cp:revision>
  <dcterms:created xsi:type="dcterms:W3CDTF">2025-05-30T17:08:00Z</dcterms:created>
  <dcterms:modified xsi:type="dcterms:W3CDTF">2025-05-30T17:08:00Z</dcterms:modified>
  <cp:category/>
</cp:coreProperties>
</file>