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6C38" w14:textId="04E7B0DF" w:rsidR="00DB7C36" w:rsidRPr="004D4DCE" w:rsidRDefault="00465BDF" w:rsidP="004D4DCE">
      <w:pPr>
        <w:pStyle w:val="Title"/>
        <w:jc w:val="center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4E0F1CAF">
        <w:t>Pre-Event Medical Meeting Checklist</w:t>
      </w:r>
    </w:p>
    <w:p w14:paraId="0A672080" w14:textId="77777777" w:rsidR="004D4DCE" w:rsidRDefault="004D4DCE" w:rsidP="4E0F1CAF">
      <w:pPr>
        <w:pStyle w:val="Heading2"/>
        <w:rPr>
          <w:sz w:val="28"/>
          <w:szCs w:val="28"/>
        </w:rPr>
      </w:pPr>
    </w:p>
    <w:p w14:paraId="7B29C12C" w14:textId="47790FFC" w:rsidR="00E46E65" w:rsidRDefault="4E0F1CAF" w:rsidP="4E0F1CAF">
      <w:pPr>
        <w:pStyle w:val="Heading2"/>
        <w:rPr>
          <w:sz w:val="28"/>
          <w:szCs w:val="28"/>
        </w:rPr>
      </w:pPr>
      <w:r w:rsidRPr="4E0F1CAF">
        <w:rPr>
          <w:sz w:val="28"/>
          <w:szCs w:val="28"/>
        </w:rPr>
        <w:t>Pre-Event Medical Meeting Topics</w:t>
      </w:r>
    </w:p>
    <w:p w14:paraId="2E7CA52D" w14:textId="3BD94DF5" w:rsidR="00E46E65" w:rsidRDefault="4E0F1CAF" w:rsidP="4E0F1CAF">
      <w:pPr>
        <w:pStyle w:val="ListParagraph"/>
        <w:numPr>
          <w:ilvl w:val="0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Introduce all people in attendance</w:t>
      </w:r>
    </w:p>
    <w:p w14:paraId="7A0FB264" w14:textId="54F01350" w:rsidR="00E46E65" w:rsidRDefault="4E0F1CAF" w:rsidP="4E0F1CAF">
      <w:pPr>
        <w:pStyle w:val="ListParagraph"/>
        <w:numPr>
          <w:ilvl w:val="1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 xml:space="preserve">Game official </w:t>
      </w:r>
    </w:p>
    <w:p w14:paraId="2919C372" w14:textId="066E42EF" w:rsidR="00E46E65" w:rsidRDefault="4E0F1CAF" w:rsidP="4E0F1CAF">
      <w:pPr>
        <w:pStyle w:val="ListParagraph"/>
        <w:numPr>
          <w:ilvl w:val="1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Coach</w:t>
      </w:r>
    </w:p>
    <w:p w14:paraId="451FA6D0" w14:textId="47C44F9D" w:rsidR="00E46E65" w:rsidRDefault="4E0F1CAF" w:rsidP="4E0F1CAF">
      <w:pPr>
        <w:pStyle w:val="ListParagraph"/>
        <w:numPr>
          <w:ilvl w:val="1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Athletic Trainer</w:t>
      </w:r>
    </w:p>
    <w:p w14:paraId="7F937A6D" w14:textId="4D41CE98" w:rsidR="00E46E65" w:rsidRDefault="4E0F1CAF" w:rsidP="4E0F1CAF">
      <w:pPr>
        <w:pStyle w:val="ListParagraph"/>
        <w:numPr>
          <w:ilvl w:val="1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Administrators</w:t>
      </w:r>
    </w:p>
    <w:p w14:paraId="36AD0B2F" w14:textId="09BCBD2E" w:rsidR="00E46E65" w:rsidRDefault="4E0F1CAF" w:rsidP="4E0F1CAF">
      <w:pPr>
        <w:pStyle w:val="ListParagraph"/>
        <w:numPr>
          <w:ilvl w:val="1"/>
          <w:numId w:val="2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Other potential responders</w:t>
      </w:r>
    </w:p>
    <w:p w14:paraId="247D0874" w14:textId="72BF011D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>Identify the location of AED(s) on site</w:t>
      </w:r>
    </w:p>
    <w:p w14:paraId="57667CC0" w14:textId="40DABDAA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>Identify location of other emergency equipment on site</w:t>
      </w:r>
    </w:p>
    <w:p w14:paraId="5C461AB6" w14:textId="69A512F9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 xml:space="preserve">Identify emergency contacts on site </w:t>
      </w:r>
    </w:p>
    <w:p w14:paraId="1626FFEF" w14:textId="12B0F371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Provide contact methods for emergency contacts</w:t>
      </w:r>
    </w:p>
    <w:p w14:paraId="3490C51D" w14:textId="0FF60318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 xml:space="preserve">Identify emergency access points and status of gates/doors, </w:t>
      </w:r>
      <w:proofErr w:type="spellStart"/>
      <w:r w:rsidRPr="4E0F1CAF">
        <w:rPr>
          <w:rFonts w:asciiTheme="majorHAnsi" w:eastAsiaTheme="majorEastAsia" w:hAnsiTheme="majorHAnsi" w:cstheme="majorBidi"/>
          <w:color w:val="000000" w:themeColor="text1"/>
        </w:rPr>
        <w:t>etc</w:t>
      </w:r>
      <w:proofErr w:type="spellEnd"/>
    </w:p>
    <w:p w14:paraId="4CA36B60" w14:textId="26CE3A5A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>Identify who will guide EMS to scene</w:t>
      </w:r>
    </w:p>
    <w:p w14:paraId="6E18F0C6" w14:textId="3C8B6BF9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>Identify who will travel with EMS and patient</w:t>
      </w:r>
    </w:p>
    <w:p w14:paraId="2755C285" w14:textId="4DB5179B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Are there weather considerations today</w:t>
      </w:r>
    </w:p>
    <w:p w14:paraId="616F1B51" w14:textId="0DB9C4AD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Nearest hospital</w:t>
      </w:r>
    </w:p>
    <w:p w14:paraId="672A6659" w14:textId="5DD97018" w:rsidR="00E46E65" w:rsidRDefault="4E0F1CAF" w:rsidP="4E0F1CAF">
      <w:pPr>
        <w:pStyle w:val="ListParagraph"/>
        <w:numPr>
          <w:ilvl w:val="0"/>
          <w:numId w:val="1"/>
        </w:num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</w:rPr>
        <w:t xml:space="preserve">Any other pertinent </w:t>
      </w:r>
      <w:r w:rsidR="004D4DCE" w:rsidRPr="4E0F1CAF">
        <w:rPr>
          <w:rFonts w:asciiTheme="majorHAnsi" w:eastAsiaTheme="majorEastAsia" w:hAnsiTheme="majorHAnsi" w:cstheme="majorBidi"/>
          <w:color w:val="000000" w:themeColor="text1"/>
        </w:rPr>
        <w:t>site-specific</w:t>
      </w:r>
      <w:r w:rsidRPr="4E0F1CAF">
        <w:rPr>
          <w:rFonts w:asciiTheme="majorHAnsi" w:eastAsiaTheme="majorEastAsia" w:hAnsiTheme="majorHAnsi" w:cstheme="majorBidi"/>
          <w:color w:val="000000" w:themeColor="text1"/>
        </w:rPr>
        <w:t xml:space="preserve"> emergency information</w:t>
      </w:r>
    </w:p>
    <w:p w14:paraId="0A37501D" w14:textId="6F9BDD03" w:rsidR="00E46E65" w:rsidRDefault="4E0F1CAF" w:rsidP="4E0F1CAF">
      <w:pPr>
        <w:pStyle w:val="Heading2"/>
        <w:rPr>
          <w:sz w:val="28"/>
          <w:szCs w:val="28"/>
        </w:rPr>
      </w:pPr>
      <w:r w:rsidRPr="4E0F1CAF">
        <w:rPr>
          <w:sz w:val="28"/>
          <w:szCs w:val="28"/>
        </w:rPr>
        <w:t>Fillable Pre-Event Medical Meeting Card</w:t>
      </w:r>
    </w:p>
    <w:p w14:paraId="1268A741" w14:textId="392D1E10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Game official(s) _______________________________________________________________</w:t>
      </w:r>
    </w:p>
    <w:p w14:paraId="6850303C" w14:textId="53B27945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Coach(es) ___________________________________________________________________</w:t>
      </w:r>
    </w:p>
    <w:p w14:paraId="4C2FEF8D" w14:textId="784E2CD8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Athletic Trainer(s) _____________________________________________________________</w:t>
      </w:r>
    </w:p>
    <w:p w14:paraId="7F17EC99" w14:textId="581E5924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Administrator(s) ______________________________________________________________</w:t>
      </w:r>
    </w:p>
    <w:p w14:paraId="2AF12655" w14:textId="1CE2E6DF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Other responders _____________________________________________________________</w:t>
      </w:r>
    </w:p>
    <w:p w14:paraId="1F813785" w14:textId="68E79E93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  <w:lang w:val="en"/>
        </w:rPr>
      </w:pPr>
    </w:p>
    <w:p w14:paraId="42900784" w14:textId="77374724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Site Address _________________________________________________________________</w:t>
      </w:r>
    </w:p>
    <w:p w14:paraId="39EE7F08" w14:textId="03B6942D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  <w:lang w:val="en"/>
        </w:rPr>
      </w:pPr>
    </w:p>
    <w:p w14:paraId="73075933" w14:textId="14E95FEE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AED Location(s) ______________________________________________________________</w:t>
      </w:r>
    </w:p>
    <w:p w14:paraId="334492C7" w14:textId="55D7A1DC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Other equipment locations ______________________________________________________</w:t>
      </w:r>
    </w:p>
    <w:p w14:paraId="004B6876" w14:textId="35CBF136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Site Emergency Contact(s) ______________________________________________________</w:t>
      </w:r>
    </w:p>
    <w:p w14:paraId="35853EE6" w14:textId="7915BB9B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Communication Methods _______________________________________________________</w:t>
      </w:r>
    </w:p>
    <w:p w14:paraId="4C87F1BA" w14:textId="4B935C23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Emergency Access Point _______________________________________________________</w:t>
      </w:r>
    </w:p>
    <w:p w14:paraId="0E389D28" w14:textId="7FF07766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Who guides in EMS ___________________________________________________________</w:t>
      </w:r>
    </w:p>
    <w:p w14:paraId="479FDC82" w14:textId="4C0CD2C8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Nearest Hospital ______________________________________________________________</w:t>
      </w:r>
    </w:p>
    <w:p w14:paraId="7A00B1E7" w14:textId="7994A4F5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</w:p>
    <w:p w14:paraId="12D34871" w14:textId="4B735699" w:rsidR="4E0F1CAF" w:rsidRDefault="4E0F1CAF" w:rsidP="4E0F1CAF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E0F1CAF">
        <w:rPr>
          <w:rFonts w:asciiTheme="majorHAnsi" w:eastAsiaTheme="majorEastAsia" w:hAnsiTheme="majorHAnsi" w:cstheme="majorBidi"/>
          <w:color w:val="000000" w:themeColor="text1"/>
          <w:lang w:val="en"/>
        </w:rPr>
        <w:t>[Insert QR for EAP here]</w:t>
      </w:r>
    </w:p>
    <w:p w14:paraId="3AEBA4BA" w14:textId="126F08E5" w:rsidR="4E0F1CAF" w:rsidRDefault="4E0F1CAF" w:rsidP="4E0F1CAF">
      <w:pPr>
        <w:spacing w:after="0"/>
        <w:rPr>
          <w:rFonts w:ascii="Arial" w:eastAsia="Arial" w:hAnsi="Arial" w:cs="Arial"/>
          <w:color w:val="000000" w:themeColor="text1"/>
        </w:rPr>
      </w:pPr>
    </w:p>
    <w:p w14:paraId="3BB09C53" w14:textId="6B17325B" w:rsidR="4E0F1CAF" w:rsidRDefault="4E0F1CAF" w:rsidP="4E0F1CAF">
      <w:pPr>
        <w:pStyle w:val="ListBullet"/>
        <w:numPr>
          <w:ilvl w:val="0"/>
          <w:numId w:val="0"/>
        </w:numPr>
        <w:ind w:left="360" w:hanging="360"/>
      </w:pPr>
    </w:p>
    <w:sectPr w:rsidR="4E0F1CAF" w:rsidSect="00E46E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5191" w14:textId="77777777" w:rsidR="0044218C" w:rsidRDefault="0044218C" w:rsidP="00465BDF">
      <w:pPr>
        <w:spacing w:after="0" w:line="240" w:lineRule="auto"/>
      </w:pPr>
      <w:r>
        <w:separator/>
      </w:r>
    </w:p>
  </w:endnote>
  <w:endnote w:type="continuationSeparator" w:id="0">
    <w:p w14:paraId="10744DA6" w14:textId="77777777" w:rsidR="0044218C" w:rsidRDefault="0044218C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E127" w14:textId="77777777" w:rsidR="00465BDF" w:rsidRDefault="00465BDF" w:rsidP="00465BDF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bookmarkStart w:id="8" w:name="_Hlk197686029"/>
    <w:bookmarkStart w:id="9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9561A" w14:textId="77777777" w:rsidR="0044218C" w:rsidRDefault="0044218C" w:rsidP="00465BDF">
      <w:pPr>
        <w:spacing w:after="0" w:line="240" w:lineRule="auto"/>
      </w:pPr>
      <w:r>
        <w:separator/>
      </w:r>
    </w:p>
  </w:footnote>
  <w:footnote w:type="continuationSeparator" w:id="0">
    <w:p w14:paraId="299A6E0A" w14:textId="77777777" w:rsidR="0044218C" w:rsidRDefault="0044218C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31B38"/>
    <w:multiLevelType w:val="hybridMultilevel"/>
    <w:tmpl w:val="460245E0"/>
    <w:lvl w:ilvl="0" w:tplc="EEFE4FC4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769EF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AB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81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C6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52C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C9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56E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486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BE6D1"/>
    <w:multiLevelType w:val="multilevel"/>
    <w:tmpl w:val="3ED60364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326811">
    <w:abstractNumId w:val="12"/>
  </w:num>
  <w:num w:numId="2" w16cid:durableId="1722170424">
    <w:abstractNumId w:val="11"/>
  </w:num>
  <w:num w:numId="3" w16cid:durableId="574437752">
    <w:abstractNumId w:val="8"/>
  </w:num>
  <w:num w:numId="4" w16cid:durableId="1782795907">
    <w:abstractNumId w:val="6"/>
  </w:num>
  <w:num w:numId="5" w16cid:durableId="943339445">
    <w:abstractNumId w:val="5"/>
  </w:num>
  <w:num w:numId="6" w16cid:durableId="1331255698">
    <w:abstractNumId w:val="4"/>
  </w:num>
  <w:num w:numId="7" w16cid:durableId="435172288">
    <w:abstractNumId w:val="7"/>
  </w:num>
  <w:num w:numId="8" w16cid:durableId="61148869">
    <w:abstractNumId w:val="3"/>
  </w:num>
  <w:num w:numId="9" w16cid:durableId="1338574468">
    <w:abstractNumId w:val="2"/>
  </w:num>
  <w:num w:numId="10" w16cid:durableId="2016490435">
    <w:abstractNumId w:val="1"/>
  </w:num>
  <w:num w:numId="11" w16cid:durableId="115369094">
    <w:abstractNumId w:val="0"/>
  </w:num>
  <w:num w:numId="12" w16cid:durableId="400953778">
    <w:abstractNumId w:val="9"/>
  </w:num>
  <w:num w:numId="13" w16cid:durableId="292444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DE9"/>
    <w:rsid w:val="0015074B"/>
    <w:rsid w:val="00176CE3"/>
    <w:rsid w:val="0029639D"/>
    <w:rsid w:val="00326F90"/>
    <w:rsid w:val="00340DA9"/>
    <w:rsid w:val="0044218C"/>
    <w:rsid w:val="00465BDF"/>
    <w:rsid w:val="00497C72"/>
    <w:rsid w:val="004D4DCE"/>
    <w:rsid w:val="007316B2"/>
    <w:rsid w:val="00AA13E4"/>
    <w:rsid w:val="00AA1D8D"/>
    <w:rsid w:val="00B47730"/>
    <w:rsid w:val="00B55384"/>
    <w:rsid w:val="00C50E03"/>
    <w:rsid w:val="00CB0664"/>
    <w:rsid w:val="00DB7C36"/>
    <w:rsid w:val="00E46E65"/>
    <w:rsid w:val="00E979FA"/>
    <w:rsid w:val="00FC693F"/>
    <w:rsid w:val="24AB25A8"/>
    <w:rsid w:val="4E0F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1471</Characters>
  <Application>Microsoft Office Word</Application>
  <DocSecurity>0</DocSecurity>
  <Lines>12</Lines>
  <Paragraphs>3</Paragraphs>
  <ScaleCrop>false</ScaleCrop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Scarneo-Miller, Samantha</cp:lastModifiedBy>
  <cp:revision>9</cp:revision>
  <dcterms:created xsi:type="dcterms:W3CDTF">2025-04-08T13:10:00Z</dcterms:created>
  <dcterms:modified xsi:type="dcterms:W3CDTF">2025-07-15T18:00:00Z</dcterms:modified>
  <cp:category/>
</cp:coreProperties>
</file>