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E4AE" w14:textId="06BEC50C" w:rsidR="00DB7C36" w:rsidRPr="005509C9" w:rsidRDefault="00465BDF" w:rsidP="4372E607">
      <w:pPr>
        <w:pStyle w:val="Title"/>
        <w:jc w:val="center"/>
        <w:rPr>
          <w:color w:val="000000" w:themeColor="text1"/>
          <w:sz w:val="48"/>
          <w:szCs w:val="48"/>
        </w:rPr>
      </w:pPr>
      <w:r w:rsidRPr="005509C9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7C4C049D" wp14:editId="0B59E3CA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241">
        <w:rPr>
          <w:noProof/>
          <w:color w:val="000000" w:themeColor="text1"/>
        </w:rPr>
        <w:t>Secondary School</w:t>
      </w:r>
      <w:r w:rsidRPr="005509C9">
        <w:rPr>
          <w:color w:val="000000" w:themeColor="text1"/>
          <w:sz w:val="48"/>
          <w:szCs w:val="48"/>
        </w:rPr>
        <w:t xml:space="preserve"> Setting</w:t>
      </w:r>
    </w:p>
    <w:p w14:paraId="3C815929" w14:textId="66759CCA" w:rsidR="00DB7C36" w:rsidRPr="005509C9" w:rsidRDefault="00DB7C36" w:rsidP="4372E607">
      <w:pPr>
        <w:jc w:val="center"/>
        <w:rPr>
          <w:i/>
          <w:iCs/>
          <w:color w:val="000000" w:themeColor="text1"/>
          <w:sz w:val="28"/>
          <w:szCs w:val="28"/>
        </w:rPr>
      </w:pPr>
    </w:p>
    <w:p w14:paraId="32A36C38" w14:textId="631CFF10" w:rsidR="00DB7C36" w:rsidRPr="005509C9" w:rsidRDefault="4E8720E0" w:rsidP="00B55384">
      <w:pPr>
        <w:pStyle w:val="Heading1"/>
        <w:rPr>
          <w:color w:val="000000" w:themeColor="text1"/>
        </w:rPr>
      </w:pPr>
      <w:r w:rsidRPr="005509C9">
        <w:rPr>
          <w:color w:val="000000" w:themeColor="text1"/>
        </w:rPr>
        <w:t>Grant Funding and Donation Resource List</w:t>
      </w:r>
    </w:p>
    <w:p w14:paraId="1E525758" w14:textId="6D2020AA" w:rsidR="4E8720E0" w:rsidRPr="005509C9" w:rsidRDefault="4E8720E0" w:rsidP="4E8720E0">
      <w:pPr>
        <w:pStyle w:val="Heading2"/>
        <w:rPr>
          <w:color w:val="000000" w:themeColor="text1"/>
          <w:sz w:val="28"/>
          <w:szCs w:val="28"/>
        </w:rPr>
      </w:pPr>
      <w:r w:rsidRPr="005509C9">
        <w:rPr>
          <w:color w:val="000000" w:themeColor="text1"/>
          <w:sz w:val="28"/>
          <w:szCs w:val="28"/>
        </w:rPr>
        <w:t>Automated External Defibrillators</w:t>
      </w:r>
    </w:p>
    <w:p w14:paraId="2958CA0D" w14:textId="77777777" w:rsidR="004014A8" w:rsidRPr="00855732" w:rsidRDefault="4E8720E0" w:rsidP="004014A8">
      <w:pPr>
        <w:pStyle w:val="Normal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2"/>
          <w:szCs w:val="22"/>
        </w:rPr>
      </w:pPr>
      <w:r w:rsidRPr="00855732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Matthew Mangine Jr. Foundation</w:t>
      </w:r>
      <w:r w:rsidR="004D5D0F" w:rsidRPr="00855732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: </w:t>
      </w:r>
      <w:hyperlink r:id="rId9" w:tooltip="Original URL:&#10;https://www.oneshot.life/&#10;&#10;Click to follow link." w:history="1">
        <w:r w:rsidR="004014A8" w:rsidRPr="00855732">
          <w:rPr>
            <w:rStyle w:val="Hyperlink"/>
            <w:rFonts w:ascii="Calibri" w:hAnsi="Calibri" w:cs="Calibri"/>
            <w:color w:val="000000" w:themeColor="text1"/>
            <w:sz w:val="22"/>
            <w:szCs w:val="22"/>
          </w:rPr>
          <w:t>https://www.oneshot.life/</w:t>
        </w:r>
      </w:hyperlink>
    </w:p>
    <w:p w14:paraId="4FFAF4BD" w14:textId="77777777" w:rsidR="004014A8" w:rsidRPr="00855732" w:rsidRDefault="004014A8" w:rsidP="004014A8">
      <w:pPr>
        <w:pStyle w:val="Normal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2"/>
          <w:szCs w:val="22"/>
        </w:rPr>
      </w:pPr>
      <w:r w:rsidRPr="00855732">
        <w:rPr>
          <w:rFonts w:ascii="Calibri" w:hAnsi="Calibri" w:cs="Calibri"/>
          <w:color w:val="000000" w:themeColor="text1"/>
          <w:sz w:val="22"/>
          <w:szCs w:val="22"/>
        </w:rPr>
        <w:t xml:space="preserve">Ryan Powell Memorial Foundation </w:t>
      </w:r>
      <w:hyperlink r:id="rId10" w:tooltip="Original URL:&#10;https://ryanpowellmemorial.com/&#10;&#10;Click to follow link." w:history="1">
        <w:r w:rsidRPr="00855732">
          <w:rPr>
            <w:rStyle w:val="Hyperlink"/>
            <w:rFonts w:ascii="Calibri" w:hAnsi="Calibri" w:cs="Calibri"/>
            <w:color w:val="000000" w:themeColor="text1"/>
            <w:sz w:val="22"/>
            <w:szCs w:val="22"/>
          </w:rPr>
          <w:t>https://ryanpowellmemorial.com/</w:t>
        </w:r>
      </w:hyperlink>
    </w:p>
    <w:p w14:paraId="2567741D" w14:textId="1B1000CA" w:rsidR="4E8720E0" w:rsidRPr="00855732" w:rsidRDefault="4E8720E0" w:rsidP="004014A8">
      <w:pPr>
        <w:pStyle w:val="Normal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2"/>
          <w:szCs w:val="22"/>
        </w:rPr>
      </w:pPr>
      <w:r w:rsidRPr="00855732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In a </w:t>
      </w:r>
      <w:proofErr w:type="gramStart"/>
      <w:r w:rsidRPr="00855732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Heart Beat</w:t>
      </w:r>
      <w:proofErr w:type="gramEnd"/>
      <w:r w:rsidRPr="00855732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: </w:t>
      </w:r>
      <w:hyperlink r:id="rId11">
        <w:r w:rsidRPr="00855732">
          <w:rPr>
            <w:rStyle w:val="Hyperlink"/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t>https://inaheartbeat.org/</w:t>
        </w:r>
      </w:hyperlink>
    </w:p>
    <w:p w14:paraId="1DD36DD0" w14:textId="5A9C5367" w:rsidR="00EB1627" w:rsidRPr="00855732" w:rsidRDefault="00EB1627" w:rsidP="00EB1627">
      <w:pPr>
        <w:pStyle w:val="Normal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2"/>
          <w:szCs w:val="22"/>
        </w:rPr>
      </w:pPr>
      <w:r w:rsidRPr="00855732">
        <w:rPr>
          <w:rFonts w:ascii="Calibri" w:hAnsi="Calibri" w:cs="Calibri"/>
          <w:color w:val="000000" w:themeColor="text1"/>
          <w:sz w:val="22"/>
          <w:szCs w:val="22"/>
        </w:rPr>
        <w:t xml:space="preserve">AED Grant </w:t>
      </w:r>
      <w:hyperlink r:id="rId12" w:tooltip="Original URL:&#10;https://www.aedgrant.com/&#10;&#10;Click to follow link." w:history="1">
        <w:r w:rsidRPr="00855732">
          <w:rPr>
            <w:rStyle w:val="Hyperlink"/>
            <w:rFonts w:ascii="Calibri" w:hAnsi="Calibri" w:cs="Calibri"/>
            <w:color w:val="000000" w:themeColor="text1"/>
            <w:sz w:val="22"/>
            <w:szCs w:val="22"/>
          </w:rPr>
          <w:t>https://www.aedgrant.com/</w:t>
        </w:r>
      </w:hyperlink>
    </w:p>
    <w:p w14:paraId="7E1CDC95" w14:textId="67AAF248" w:rsidR="4E8720E0" w:rsidRPr="00855732" w:rsidRDefault="4E8720E0" w:rsidP="00864C4F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855732">
        <w:rPr>
          <w:rFonts w:asciiTheme="majorHAnsi" w:eastAsiaTheme="majorEastAsia" w:hAnsiTheme="majorHAnsi" w:cstheme="majorBidi"/>
          <w:color w:val="000000" w:themeColor="text1"/>
        </w:rPr>
        <w:t>Damar Hamlin Chasing M’s Foundation</w:t>
      </w:r>
      <w:r w:rsidR="00B54BFD" w:rsidRPr="00855732">
        <w:rPr>
          <w:rFonts w:asciiTheme="majorHAnsi" w:eastAsiaTheme="majorEastAsia" w:hAnsiTheme="majorHAnsi" w:cstheme="majorBidi"/>
          <w:color w:val="000000" w:themeColor="text1"/>
        </w:rPr>
        <w:t>*</w:t>
      </w:r>
      <w:r w:rsidR="004D5D0F" w:rsidRPr="00855732">
        <w:rPr>
          <w:rFonts w:asciiTheme="majorHAnsi" w:eastAsiaTheme="majorEastAsia" w:hAnsiTheme="majorHAnsi" w:cstheme="majorBidi"/>
          <w:color w:val="000000" w:themeColor="text1"/>
        </w:rPr>
        <w:t>: https://www.chasingmsfoundation.com</w:t>
      </w:r>
    </w:p>
    <w:p w14:paraId="63AEB738" w14:textId="241DA1DA" w:rsidR="4E8720E0" w:rsidRPr="00855732" w:rsidRDefault="4E8720E0" w:rsidP="00864C4F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855732">
        <w:rPr>
          <w:rFonts w:asciiTheme="majorHAnsi" w:eastAsiaTheme="majorEastAsia" w:hAnsiTheme="majorHAnsi" w:cstheme="majorBidi"/>
          <w:color w:val="000000" w:themeColor="text1"/>
        </w:rPr>
        <w:t>National Federation of State High School Associations (NFHS)</w:t>
      </w:r>
      <w:r w:rsidR="00B54BFD" w:rsidRPr="00855732">
        <w:rPr>
          <w:rFonts w:asciiTheme="majorHAnsi" w:eastAsiaTheme="majorEastAsia" w:hAnsiTheme="majorHAnsi" w:cstheme="majorBidi"/>
          <w:color w:val="000000" w:themeColor="text1"/>
        </w:rPr>
        <w:t>*</w:t>
      </w:r>
      <w:r w:rsidR="0091288E" w:rsidRPr="00855732">
        <w:rPr>
          <w:rFonts w:asciiTheme="majorHAnsi" w:eastAsiaTheme="majorEastAsia" w:hAnsiTheme="majorHAnsi" w:cstheme="majorBidi"/>
          <w:color w:val="000000" w:themeColor="text1"/>
        </w:rPr>
        <w:t>: https://www.nfhs.org</w:t>
      </w:r>
    </w:p>
    <w:p w14:paraId="69A1C29E" w14:textId="54EDBD69" w:rsidR="00E14ACD" w:rsidRPr="00855732" w:rsidRDefault="00E14ACD" w:rsidP="00864C4F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855732">
        <w:rPr>
          <w:rFonts w:asciiTheme="majorHAnsi" w:eastAsiaTheme="majorEastAsia" w:hAnsiTheme="majorHAnsi" w:cstheme="majorBidi"/>
          <w:color w:val="000000" w:themeColor="text1"/>
        </w:rPr>
        <w:t>Firehouse Subs Foundation</w:t>
      </w:r>
      <w:r w:rsidR="0091288E" w:rsidRPr="00855732">
        <w:rPr>
          <w:rFonts w:asciiTheme="majorHAnsi" w:eastAsiaTheme="majorEastAsia" w:hAnsiTheme="majorHAnsi" w:cstheme="majorBidi"/>
          <w:color w:val="000000" w:themeColor="text1"/>
        </w:rPr>
        <w:t>: https://firehousesubsfoundation.org</w:t>
      </w:r>
    </w:p>
    <w:p w14:paraId="4B7B7D56" w14:textId="2C2A5F40" w:rsidR="00E14ACD" w:rsidRPr="00855732" w:rsidRDefault="00E14ACD" w:rsidP="00864C4F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855732">
        <w:rPr>
          <w:rFonts w:asciiTheme="majorHAnsi" w:eastAsiaTheme="majorEastAsia" w:hAnsiTheme="majorHAnsi" w:cstheme="majorBidi"/>
          <w:color w:val="000000" w:themeColor="text1"/>
        </w:rPr>
        <w:t>GotAED.org</w:t>
      </w:r>
      <w:r w:rsidR="0091288E" w:rsidRPr="00855732">
        <w:rPr>
          <w:rFonts w:asciiTheme="majorHAnsi" w:eastAsiaTheme="majorEastAsia" w:hAnsiTheme="majorHAnsi" w:cstheme="majorBidi"/>
          <w:color w:val="000000" w:themeColor="text1"/>
        </w:rPr>
        <w:t>: https://www.gotaed.org</w:t>
      </w:r>
    </w:p>
    <w:p w14:paraId="637A5BC9" w14:textId="7D37F63A" w:rsidR="00E14ACD" w:rsidRPr="00855732" w:rsidRDefault="0091288E" w:rsidP="00EB1627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855732">
        <w:rPr>
          <w:rFonts w:asciiTheme="majorHAnsi" w:eastAsiaTheme="majorEastAsia" w:hAnsiTheme="majorHAnsi" w:cstheme="majorBidi"/>
          <w:color w:val="000000" w:themeColor="text1"/>
        </w:rPr>
        <w:t>Local Firehouse</w:t>
      </w:r>
      <w:r w:rsidR="00D154C9" w:rsidRPr="00855732">
        <w:rPr>
          <w:rFonts w:asciiTheme="majorHAnsi" w:eastAsiaTheme="majorEastAsia" w:hAnsiTheme="majorHAnsi" w:cstheme="majorBidi"/>
          <w:color w:val="000000" w:themeColor="text1"/>
        </w:rPr>
        <w:t>s</w:t>
      </w:r>
    </w:p>
    <w:p w14:paraId="672A6659" w14:textId="3C487D39" w:rsidR="00E46E65" w:rsidRPr="005509C9" w:rsidRDefault="4E8720E0" w:rsidP="4E8720E0">
      <w:pPr>
        <w:pStyle w:val="Heading2"/>
        <w:rPr>
          <w:color w:val="000000" w:themeColor="text1"/>
          <w:sz w:val="28"/>
          <w:szCs w:val="28"/>
        </w:rPr>
      </w:pPr>
      <w:r w:rsidRPr="005509C9">
        <w:rPr>
          <w:color w:val="000000" w:themeColor="text1"/>
          <w:sz w:val="28"/>
          <w:szCs w:val="28"/>
        </w:rPr>
        <w:t>Cold Tubs</w:t>
      </w:r>
    </w:p>
    <w:p w14:paraId="37DAB4BF" w14:textId="358DDDF1" w:rsidR="4E8720E0" w:rsidRPr="005509C9" w:rsidRDefault="4E8720E0" w:rsidP="4E8720E0">
      <w:pPr>
        <w:pStyle w:val="ListParagraph"/>
        <w:numPr>
          <w:ilvl w:val="0"/>
          <w:numId w:val="2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5509C9">
        <w:rPr>
          <w:rFonts w:asciiTheme="majorHAnsi" w:eastAsiaTheme="majorEastAsia" w:hAnsiTheme="majorHAnsi" w:cstheme="majorBidi"/>
          <w:color w:val="000000" w:themeColor="text1"/>
        </w:rPr>
        <w:t>Zach Martin Foundation</w:t>
      </w:r>
      <w:r w:rsidR="00D154C9" w:rsidRPr="005509C9">
        <w:rPr>
          <w:rFonts w:asciiTheme="majorHAnsi" w:eastAsiaTheme="majorEastAsia" w:hAnsiTheme="majorHAnsi" w:cstheme="majorBidi"/>
          <w:color w:val="000000" w:themeColor="text1"/>
        </w:rPr>
        <w:t>:</w:t>
      </w:r>
      <w:r w:rsidR="00D154C9" w:rsidRPr="005509C9">
        <w:rPr>
          <w:rFonts w:ascii="Segoe UI" w:hAnsi="Segoe UI" w:cs="Segoe UI"/>
          <w:color w:val="000000" w:themeColor="text1"/>
          <w:shd w:val="clear" w:color="auto" w:fill="FAFAFA"/>
        </w:rPr>
        <w:t xml:space="preserve"> </w:t>
      </w:r>
      <w:r w:rsidR="00D154C9" w:rsidRPr="005509C9">
        <w:rPr>
          <w:rFonts w:asciiTheme="majorHAnsi" w:eastAsiaTheme="majorEastAsia" w:hAnsiTheme="majorHAnsi" w:cstheme="majorBidi"/>
          <w:color w:val="000000" w:themeColor="text1"/>
        </w:rPr>
        <w:t>https://www.zachmartinfoundation.com</w:t>
      </w:r>
    </w:p>
    <w:p w14:paraId="7866B96F" w14:textId="30FACEE1" w:rsidR="4E8720E0" w:rsidRPr="005509C9" w:rsidRDefault="4E8720E0" w:rsidP="4E8720E0">
      <w:pPr>
        <w:pStyle w:val="ListParagraph"/>
        <w:numPr>
          <w:ilvl w:val="0"/>
          <w:numId w:val="2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5509C9">
        <w:rPr>
          <w:rFonts w:asciiTheme="majorHAnsi" w:eastAsiaTheme="majorEastAsia" w:hAnsiTheme="majorHAnsi" w:cstheme="majorBidi"/>
          <w:color w:val="000000" w:themeColor="text1"/>
        </w:rPr>
        <w:t>Below 104</w:t>
      </w:r>
      <w:r w:rsidR="00D154C9" w:rsidRPr="005509C9">
        <w:rPr>
          <w:rFonts w:asciiTheme="majorHAnsi" w:eastAsiaTheme="majorEastAsia" w:hAnsiTheme="majorHAnsi" w:cstheme="majorBidi"/>
          <w:color w:val="000000" w:themeColor="text1"/>
        </w:rPr>
        <w:t>: https://www.below104.org</w:t>
      </w:r>
    </w:p>
    <w:p w14:paraId="30C8E9DC" w14:textId="1DCF6D16" w:rsidR="00E14ACD" w:rsidRPr="005509C9" w:rsidRDefault="00E14ACD" w:rsidP="4E8720E0">
      <w:pPr>
        <w:pStyle w:val="ListParagraph"/>
        <w:numPr>
          <w:ilvl w:val="0"/>
          <w:numId w:val="2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5509C9">
        <w:rPr>
          <w:rFonts w:asciiTheme="majorHAnsi" w:eastAsiaTheme="majorEastAsia" w:hAnsiTheme="majorHAnsi" w:cstheme="majorBidi"/>
          <w:color w:val="000000" w:themeColor="text1"/>
        </w:rPr>
        <w:t>Clinically Pressed</w:t>
      </w:r>
      <w:r w:rsidR="00E86F5A" w:rsidRPr="005509C9">
        <w:rPr>
          <w:color w:val="000000" w:themeColor="text1"/>
        </w:rPr>
        <w:t xml:space="preserve">: </w:t>
      </w:r>
      <w:hyperlink r:id="rId13" w:tooltip="Original URL:&#10;https://clinicallypressed.org/coldtub/&#10;&#10;Click to follow link." w:history="1">
        <w:r w:rsidR="00E86F5A" w:rsidRPr="005509C9">
          <w:rPr>
            <w:rStyle w:val="Hyperlink"/>
            <w:rFonts w:cs="Calibri"/>
            <w:color w:val="000000" w:themeColor="text1"/>
          </w:rPr>
          <w:t>https://clinicallypressed.org/coldtub/</w:t>
        </w:r>
      </w:hyperlink>
    </w:p>
    <w:p w14:paraId="0A37501D" w14:textId="070E3FC0" w:rsidR="00E46E65" w:rsidRPr="005509C9" w:rsidRDefault="4E8720E0" w:rsidP="4E8720E0">
      <w:pPr>
        <w:pStyle w:val="Heading2"/>
        <w:rPr>
          <w:color w:val="000000" w:themeColor="text1"/>
          <w:sz w:val="28"/>
          <w:szCs w:val="28"/>
        </w:rPr>
      </w:pPr>
      <w:r w:rsidRPr="005509C9">
        <w:rPr>
          <w:color w:val="000000" w:themeColor="text1"/>
          <w:sz w:val="28"/>
          <w:szCs w:val="28"/>
        </w:rPr>
        <w:t>Spine Boards</w:t>
      </w:r>
    </w:p>
    <w:p w14:paraId="25F9CFAF" w14:textId="0313126B" w:rsidR="4E8720E0" w:rsidRPr="005509C9" w:rsidRDefault="4E8720E0" w:rsidP="4E8720E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05509C9">
        <w:rPr>
          <w:rFonts w:asciiTheme="majorHAnsi" w:eastAsiaTheme="majorEastAsia" w:hAnsiTheme="majorHAnsi" w:cstheme="majorBidi"/>
          <w:color w:val="000000" w:themeColor="text1"/>
        </w:rPr>
        <w:t>Local fire department</w:t>
      </w:r>
    </w:p>
    <w:p w14:paraId="55A41C05" w14:textId="41B12482" w:rsidR="00976525" w:rsidRPr="005509C9" w:rsidRDefault="00976525" w:rsidP="00976525">
      <w:pPr>
        <w:pStyle w:val="Heading2"/>
        <w:rPr>
          <w:color w:val="000000" w:themeColor="text1"/>
          <w:sz w:val="28"/>
          <w:szCs w:val="28"/>
        </w:rPr>
      </w:pPr>
      <w:r w:rsidRPr="005509C9">
        <w:rPr>
          <w:color w:val="000000" w:themeColor="text1"/>
          <w:sz w:val="28"/>
          <w:szCs w:val="28"/>
        </w:rPr>
        <w:t xml:space="preserve">Crowdfunding Campaign </w:t>
      </w:r>
      <w:r w:rsidR="00597449" w:rsidRPr="005509C9">
        <w:rPr>
          <w:color w:val="000000" w:themeColor="text1"/>
          <w:sz w:val="28"/>
          <w:szCs w:val="28"/>
        </w:rPr>
        <w:t>Tools</w:t>
      </w:r>
    </w:p>
    <w:p w14:paraId="658B44FD" w14:textId="0C4AB4BE" w:rsidR="00597449" w:rsidRPr="005509C9" w:rsidRDefault="00F1327A" w:rsidP="00597449">
      <w:pPr>
        <w:pStyle w:val="ListParagraph"/>
        <w:numPr>
          <w:ilvl w:val="0"/>
          <w:numId w:val="17"/>
        </w:numPr>
        <w:rPr>
          <w:color w:val="000000" w:themeColor="text1"/>
        </w:rPr>
      </w:pPr>
      <w:hyperlink r:id="rId14" w:history="1">
        <w:r w:rsidRPr="005509C9">
          <w:rPr>
            <w:rStyle w:val="Hyperlink"/>
            <w:color w:val="000000" w:themeColor="text1"/>
          </w:rPr>
          <w:t>https://kickstarter.com</w:t>
        </w:r>
      </w:hyperlink>
    </w:p>
    <w:p w14:paraId="4905072D" w14:textId="05068256" w:rsidR="00F1327A" w:rsidRPr="005509C9" w:rsidRDefault="00FE7510" w:rsidP="00597449">
      <w:pPr>
        <w:pStyle w:val="ListParagraph"/>
        <w:numPr>
          <w:ilvl w:val="0"/>
          <w:numId w:val="17"/>
        </w:numPr>
        <w:rPr>
          <w:color w:val="000000" w:themeColor="text1"/>
        </w:rPr>
      </w:pPr>
      <w:hyperlink r:id="rId15" w:history="1">
        <w:r w:rsidRPr="005509C9">
          <w:rPr>
            <w:rStyle w:val="Hyperlink"/>
            <w:color w:val="000000" w:themeColor="text1"/>
          </w:rPr>
          <w:t>https://givebutter.com</w:t>
        </w:r>
      </w:hyperlink>
    </w:p>
    <w:p w14:paraId="62962E8C" w14:textId="134624A6" w:rsidR="4E8720E0" w:rsidRPr="005509C9" w:rsidRDefault="002A5A9F" w:rsidP="008474BA">
      <w:pPr>
        <w:pStyle w:val="ListParagraph"/>
        <w:numPr>
          <w:ilvl w:val="0"/>
          <w:numId w:val="17"/>
        </w:numPr>
        <w:rPr>
          <w:color w:val="000000" w:themeColor="text1"/>
        </w:rPr>
      </w:pPr>
      <w:hyperlink r:id="rId16" w:history="1">
        <w:r w:rsidRPr="005509C9">
          <w:rPr>
            <w:rStyle w:val="Hyperlink"/>
            <w:color w:val="000000" w:themeColor="text1"/>
          </w:rPr>
          <w:t>https://wwwbonfire.com</w:t>
        </w:r>
      </w:hyperlink>
    </w:p>
    <w:p w14:paraId="4F3748E8" w14:textId="77777777" w:rsidR="002A5A9F" w:rsidRDefault="002A5A9F" w:rsidP="008678B1">
      <w:pPr>
        <w:rPr>
          <w:color w:val="000000" w:themeColor="text1"/>
        </w:rPr>
      </w:pPr>
    </w:p>
    <w:p w14:paraId="6AF0D9CF" w14:textId="29170376" w:rsidR="008678B1" w:rsidRPr="008678B1" w:rsidRDefault="008678B1" w:rsidP="008678B1">
      <w:pPr>
        <w:rPr>
          <w:color w:val="000000" w:themeColor="text1"/>
        </w:rPr>
      </w:pPr>
      <w:r>
        <w:rPr>
          <w:color w:val="000000" w:themeColor="text1"/>
        </w:rPr>
        <w:t>*</w:t>
      </w:r>
      <w:r w:rsidR="004D3C20">
        <w:rPr>
          <w:color w:val="000000" w:themeColor="text1"/>
        </w:rPr>
        <w:t>indicates that these o</w:t>
      </w:r>
      <w:r w:rsidR="004D3C20" w:rsidRPr="004D3C20">
        <w:rPr>
          <w:color w:val="000000" w:themeColor="text1"/>
        </w:rPr>
        <w:t xml:space="preserve">rganizations have previously had equipment </w:t>
      </w:r>
      <w:r w:rsidR="004D3C20">
        <w:rPr>
          <w:color w:val="000000" w:themeColor="text1"/>
        </w:rPr>
        <w:t>grants</w:t>
      </w:r>
      <w:r w:rsidR="004D3C20" w:rsidRPr="004D3C20">
        <w:rPr>
          <w:color w:val="000000" w:themeColor="text1"/>
        </w:rPr>
        <w:t xml:space="preserve"> but </w:t>
      </w:r>
      <w:r w:rsidR="004D3C20">
        <w:rPr>
          <w:color w:val="000000" w:themeColor="text1"/>
        </w:rPr>
        <w:t xml:space="preserve">do not offer or have standing opportunities </w:t>
      </w:r>
      <w:r w:rsidR="004D3C20" w:rsidRPr="004D3C20">
        <w:rPr>
          <w:color w:val="000000" w:themeColor="text1"/>
        </w:rPr>
        <w:t xml:space="preserve">– </w:t>
      </w:r>
      <w:r w:rsidR="004D3C20">
        <w:rPr>
          <w:color w:val="000000" w:themeColor="text1"/>
        </w:rPr>
        <w:t>please</w:t>
      </w:r>
      <w:r w:rsidR="004D3C20" w:rsidRPr="004D3C20">
        <w:rPr>
          <w:color w:val="000000" w:themeColor="text1"/>
        </w:rPr>
        <w:t xml:space="preserve"> check with the organization about </w:t>
      </w:r>
      <w:r w:rsidR="004D3C20">
        <w:rPr>
          <w:color w:val="000000" w:themeColor="text1"/>
        </w:rPr>
        <w:t xml:space="preserve">current </w:t>
      </w:r>
      <w:r w:rsidR="004D3C20" w:rsidRPr="004D3C20">
        <w:rPr>
          <w:color w:val="000000" w:themeColor="text1"/>
        </w:rPr>
        <w:t>opportunities</w:t>
      </w:r>
    </w:p>
    <w:sectPr w:rsidR="008678B1" w:rsidRPr="008678B1" w:rsidSect="00E46E65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B5A3C" w14:textId="77777777" w:rsidR="00234F5B" w:rsidRDefault="00234F5B" w:rsidP="00465BDF">
      <w:pPr>
        <w:spacing w:after="0" w:line="240" w:lineRule="auto"/>
      </w:pPr>
      <w:r>
        <w:separator/>
      </w:r>
    </w:p>
  </w:endnote>
  <w:endnote w:type="continuationSeparator" w:id="0">
    <w:p w14:paraId="74EA75DC" w14:textId="77777777" w:rsidR="00234F5B" w:rsidRDefault="00234F5B" w:rsidP="004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E127" w14:textId="77777777" w:rsidR="00465BDF" w:rsidRDefault="00465BDF" w:rsidP="00465BDF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bookmarkStart w:id="4" w:name="_Hlk197685873"/>
    <w:bookmarkStart w:id="5" w:name="_Hlk197685874"/>
    <w:bookmarkStart w:id="6" w:name="_Hlk197685966"/>
    <w:bookmarkStart w:id="7" w:name="_Hlk197685967"/>
    <w:bookmarkStart w:id="8" w:name="_Hlk197686029"/>
    <w:bookmarkStart w:id="9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DA85" w14:textId="77777777" w:rsidR="00234F5B" w:rsidRDefault="00234F5B" w:rsidP="00465BDF">
      <w:pPr>
        <w:spacing w:after="0" w:line="240" w:lineRule="auto"/>
      </w:pPr>
      <w:r>
        <w:separator/>
      </w:r>
    </w:p>
  </w:footnote>
  <w:footnote w:type="continuationSeparator" w:id="0">
    <w:p w14:paraId="5AE8B7DF" w14:textId="77777777" w:rsidR="00234F5B" w:rsidRDefault="00234F5B" w:rsidP="0046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3A3AA"/>
    <w:multiLevelType w:val="hybridMultilevel"/>
    <w:tmpl w:val="F326C238"/>
    <w:lvl w:ilvl="0" w:tplc="93B643AA">
      <w:start w:val="1"/>
      <w:numFmt w:val="decimal"/>
      <w:lvlText w:val="%1."/>
      <w:lvlJc w:val="left"/>
      <w:pPr>
        <w:ind w:left="720" w:hanging="360"/>
      </w:pPr>
    </w:lvl>
    <w:lvl w:ilvl="1" w:tplc="52005732">
      <w:start w:val="1"/>
      <w:numFmt w:val="lowerLetter"/>
      <w:lvlText w:val="%2."/>
      <w:lvlJc w:val="left"/>
      <w:pPr>
        <w:ind w:left="1440" w:hanging="360"/>
      </w:pPr>
    </w:lvl>
    <w:lvl w:ilvl="2" w:tplc="8B26C668">
      <w:start w:val="1"/>
      <w:numFmt w:val="lowerRoman"/>
      <w:lvlText w:val="%3."/>
      <w:lvlJc w:val="right"/>
      <w:pPr>
        <w:ind w:left="2160" w:hanging="180"/>
      </w:pPr>
    </w:lvl>
    <w:lvl w:ilvl="3" w:tplc="16BCB36C">
      <w:start w:val="1"/>
      <w:numFmt w:val="decimal"/>
      <w:lvlText w:val="%4."/>
      <w:lvlJc w:val="left"/>
      <w:pPr>
        <w:ind w:left="2880" w:hanging="360"/>
      </w:pPr>
    </w:lvl>
    <w:lvl w:ilvl="4" w:tplc="E2883222">
      <w:start w:val="1"/>
      <w:numFmt w:val="lowerLetter"/>
      <w:lvlText w:val="%5."/>
      <w:lvlJc w:val="left"/>
      <w:pPr>
        <w:ind w:left="3600" w:hanging="360"/>
      </w:pPr>
    </w:lvl>
    <w:lvl w:ilvl="5" w:tplc="CF9C3C26">
      <w:start w:val="1"/>
      <w:numFmt w:val="lowerRoman"/>
      <w:lvlText w:val="%6."/>
      <w:lvlJc w:val="right"/>
      <w:pPr>
        <w:ind w:left="4320" w:hanging="180"/>
      </w:pPr>
    </w:lvl>
    <w:lvl w:ilvl="6" w:tplc="CDB088BC">
      <w:start w:val="1"/>
      <w:numFmt w:val="decimal"/>
      <w:lvlText w:val="%7."/>
      <w:lvlJc w:val="left"/>
      <w:pPr>
        <w:ind w:left="5040" w:hanging="360"/>
      </w:pPr>
    </w:lvl>
    <w:lvl w:ilvl="7" w:tplc="3140B4D2">
      <w:start w:val="1"/>
      <w:numFmt w:val="lowerLetter"/>
      <w:lvlText w:val="%8."/>
      <w:lvlJc w:val="left"/>
      <w:pPr>
        <w:ind w:left="5760" w:hanging="360"/>
      </w:pPr>
    </w:lvl>
    <w:lvl w:ilvl="8" w:tplc="75469B6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72C87"/>
    <w:multiLevelType w:val="multilevel"/>
    <w:tmpl w:val="CEC01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AD6299"/>
    <w:multiLevelType w:val="hybridMultilevel"/>
    <w:tmpl w:val="44803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42225"/>
    <w:multiLevelType w:val="multilevel"/>
    <w:tmpl w:val="26AAC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F4CC5A"/>
    <w:multiLevelType w:val="hybridMultilevel"/>
    <w:tmpl w:val="65DE7BB4"/>
    <w:lvl w:ilvl="0" w:tplc="13FAA328">
      <w:start w:val="1"/>
      <w:numFmt w:val="decimal"/>
      <w:lvlText w:val="%1."/>
      <w:lvlJc w:val="left"/>
      <w:pPr>
        <w:ind w:left="720" w:hanging="360"/>
      </w:pPr>
    </w:lvl>
    <w:lvl w:ilvl="1" w:tplc="AD504B06">
      <w:start w:val="1"/>
      <w:numFmt w:val="lowerLetter"/>
      <w:lvlText w:val="%2."/>
      <w:lvlJc w:val="left"/>
      <w:pPr>
        <w:ind w:left="1440" w:hanging="360"/>
      </w:pPr>
    </w:lvl>
    <w:lvl w:ilvl="2" w:tplc="BBA415A6">
      <w:start w:val="1"/>
      <w:numFmt w:val="lowerRoman"/>
      <w:lvlText w:val="%3."/>
      <w:lvlJc w:val="right"/>
      <w:pPr>
        <w:ind w:left="2160" w:hanging="180"/>
      </w:pPr>
    </w:lvl>
    <w:lvl w:ilvl="3" w:tplc="D1E277F4">
      <w:start w:val="1"/>
      <w:numFmt w:val="decimal"/>
      <w:lvlText w:val="%4."/>
      <w:lvlJc w:val="left"/>
      <w:pPr>
        <w:ind w:left="2880" w:hanging="360"/>
      </w:pPr>
    </w:lvl>
    <w:lvl w:ilvl="4" w:tplc="2B6E5E32">
      <w:start w:val="1"/>
      <w:numFmt w:val="lowerLetter"/>
      <w:lvlText w:val="%5."/>
      <w:lvlJc w:val="left"/>
      <w:pPr>
        <w:ind w:left="3600" w:hanging="360"/>
      </w:pPr>
    </w:lvl>
    <w:lvl w:ilvl="5" w:tplc="32FA0480">
      <w:start w:val="1"/>
      <w:numFmt w:val="lowerRoman"/>
      <w:lvlText w:val="%6."/>
      <w:lvlJc w:val="right"/>
      <w:pPr>
        <w:ind w:left="4320" w:hanging="180"/>
      </w:pPr>
    </w:lvl>
    <w:lvl w:ilvl="6" w:tplc="F81AAC2E">
      <w:start w:val="1"/>
      <w:numFmt w:val="decimal"/>
      <w:lvlText w:val="%7."/>
      <w:lvlJc w:val="left"/>
      <w:pPr>
        <w:ind w:left="5040" w:hanging="360"/>
      </w:pPr>
    </w:lvl>
    <w:lvl w:ilvl="7" w:tplc="DE9CCC2A">
      <w:start w:val="1"/>
      <w:numFmt w:val="lowerLetter"/>
      <w:lvlText w:val="%8."/>
      <w:lvlJc w:val="left"/>
      <w:pPr>
        <w:ind w:left="5760" w:hanging="360"/>
      </w:pPr>
    </w:lvl>
    <w:lvl w:ilvl="8" w:tplc="E9527A2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1199CA"/>
    <w:multiLevelType w:val="hybridMultilevel"/>
    <w:tmpl w:val="1A660A7E"/>
    <w:lvl w:ilvl="0" w:tplc="CB4E274E">
      <w:start w:val="1"/>
      <w:numFmt w:val="decimal"/>
      <w:lvlText w:val="%1."/>
      <w:lvlJc w:val="left"/>
      <w:pPr>
        <w:ind w:left="720" w:hanging="360"/>
      </w:pPr>
    </w:lvl>
    <w:lvl w:ilvl="1" w:tplc="5DD427CA">
      <w:start w:val="1"/>
      <w:numFmt w:val="lowerLetter"/>
      <w:lvlText w:val="%2."/>
      <w:lvlJc w:val="left"/>
      <w:pPr>
        <w:ind w:left="1440" w:hanging="360"/>
      </w:pPr>
    </w:lvl>
    <w:lvl w:ilvl="2" w:tplc="C072642A">
      <w:start w:val="1"/>
      <w:numFmt w:val="lowerRoman"/>
      <w:lvlText w:val="%3."/>
      <w:lvlJc w:val="right"/>
      <w:pPr>
        <w:ind w:left="2160" w:hanging="180"/>
      </w:pPr>
    </w:lvl>
    <w:lvl w:ilvl="3" w:tplc="062AEA82">
      <w:start w:val="1"/>
      <w:numFmt w:val="decimal"/>
      <w:lvlText w:val="%4."/>
      <w:lvlJc w:val="left"/>
      <w:pPr>
        <w:ind w:left="2880" w:hanging="360"/>
      </w:pPr>
    </w:lvl>
    <w:lvl w:ilvl="4" w:tplc="126AE2EA">
      <w:start w:val="1"/>
      <w:numFmt w:val="lowerLetter"/>
      <w:lvlText w:val="%5."/>
      <w:lvlJc w:val="left"/>
      <w:pPr>
        <w:ind w:left="3600" w:hanging="360"/>
      </w:pPr>
    </w:lvl>
    <w:lvl w:ilvl="5" w:tplc="BAA4B64C">
      <w:start w:val="1"/>
      <w:numFmt w:val="lowerRoman"/>
      <w:lvlText w:val="%6."/>
      <w:lvlJc w:val="right"/>
      <w:pPr>
        <w:ind w:left="4320" w:hanging="180"/>
      </w:pPr>
    </w:lvl>
    <w:lvl w:ilvl="6" w:tplc="2E144216">
      <w:start w:val="1"/>
      <w:numFmt w:val="decimal"/>
      <w:lvlText w:val="%7."/>
      <w:lvlJc w:val="left"/>
      <w:pPr>
        <w:ind w:left="5040" w:hanging="360"/>
      </w:pPr>
    </w:lvl>
    <w:lvl w:ilvl="7" w:tplc="B43E5BAA">
      <w:start w:val="1"/>
      <w:numFmt w:val="lowerLetter"/>
      <w:lvlText w:val="%8."/>
      <w:lvlJc w:val="left"/>
      <w:pPr>
        <w:ind w:left="5760" w:hanging="360"/>
      </w:pPr>
    </w:lvl>
    <w:lvl w:ilvl="8" w:tplc="EB7A33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A38AD"/>
    <w:multiLevelType w:val="multilevel"/>
    <w:tmpl w:val="CEC01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617705">
    <w:abstractNumId w:val="14"/>
  </w:num>
  <w:num w:numId="2" w16cid:durableId="897782295">
    <w:abstractNumId w:val="10"/>
  </w:num>
  <w:num w:numId="3" w16cid:durableId="1473713419">
    <w:abstractNumId w:val="15"/>
  </w:num>
  <w:num w:numId="4" w16cid:durableId="574437752">
    <w:abstractNumId w:val="8"/>
  </w:num>
  <w:num w:numId="5" w16cid:durableId="1782795907">
    <w:abstractNumId w:val="6"/>
  </w:num>
  <w:num w:numId="6" w16cid:durableId="943339445">
    <w:abstractNumId w:val="5"/>
  </w:num>
  <w:num w:numId="7" w16cid:durableId="1331255698">
    <w:abstractNumId w:val="4"/>
  </w:num>
  <w:num w:numId="8" w16cid:durableId="435172288">
    <w:abstractNumId w:val="7"/>
  </w:num>
  <w:num w:numId="9" w16cid:durableId="61148869">
    <w:abstractNumId w:val="3"/>
  </w:num>
  <w:num w:numId="10" w16cid:durableId="1338574468">
    <w:abstractNumId w:val="2"/>
  </w:num>
  <w:num w:numId="11" w16cid:durableId="2016490435">
    <w:abstractNumId w:val="1"/>
  </w:num>
  <w:num w:numId="12" w16cid:durableId="115369094">
    <w:abstractNumId w:val="0"/>
  </w:num>
  <w:num w:numId="13" w16cid:durableId="400953778">
    <w:abstractNumId w:val="9"/>
  </w:num>
  <w:num w:numId="14" w16cid:durableId="292444082">
    <w:abstractNumId w:val="12"/>
  </w:num>
  <w:num w:numId="15" w16cid:durableId="1099062527">
    <w:abstractNumId w:val="11"/>
  </w:num>
  <w:num w:numId="16" w16cid:durableId="199249954">
    <w:abstractNumId w:val="13"/>
  </w:num>
  <w:num w:numId="17" w16cid:durableId="20881866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DE9"/>
    <w:rsid w:val="0015074B"/>
    <w:rsid w:val="00176CE3"/>
    <w:rsid w:val="00211AC6"/>
    <w:rsid w:val="00234F5B"/>
    <w:rsid w:val="0029639D"/>
    <w:rsid w:val="002A5A9F"/>
    <w:rsid w:val="00326F90"/>
    <w:rsid w:val="00340DA9"/>
    <w:rsid w:val="004014A8"/>
    <w:rsid w:val="00465BDF"/>
    <w:rsid w:val="00497C72"/>
    <w:rsid w:val="004D3C20"/>
    <w:rsid w:val="004D5D0F"/>
    <w:rsid w:val="005509C9"/>
    <w:rsid w:val="00597449"/>
    <w:rsid w:val="005B704E"/>
    <w:rsid w:val="00636D3E"/>
    <w:rsid w:val="007209CA"/>
    <w:rsid w:val="007316B2"/>
    <w:rsid w:val="00855732"/>
    <w:rsid w:val="00864C4F"/>
    <w:rsid w:val="008678B1"/>
    <w:rsid w:val="0091288E"/>
    <w:rsid w:val="009407E1"/>
    <w:rsid w:val="00976525"/>
    <w:rsid w:val="00A11188"/>
    <w:rsid w:val="00AA13E4"/>
    <w:rsid w:val="00AA1D8D"/>
    <w:rsid w:val="00AE199F"/>
    <w:rsid w:val="00B47730"/>
    <w:rsid w:val="00B54BFD"/>
    <w:rsid w:val="00B55384"/>
    <w:rsid w:val="00C26568"/>
    <w:rsid w:val="00C50E03"/>
    <w:rsid w:val="00C51FFE"/>
    <w:rsid w:val="00CB0664"/>
    <w:rsid w:val="00D154C9"/>
    <w:rsid w:val="00DB7C36"/>
    <w:rsid w:val="00E14ACD"/>
    <w:rsid w:val="00E46E65"/>
    <w:rsid w:val="00E86F5A"/>
    <w:rsid w:val="00E979FA"/>
    <w:rsid w:val="00EB1627"/>
    <w:rsid w:val="00EC775B"/>
    <w:rsid w:val="00EE3241"/>
    <w:rsid w:val="00F1327A"/>
    <w:rsid w:val="00FC693F"/>
    <w:rsid w:val="00FE7510"/>
    <w:rsid w:val="24AB25A8"/>
    <w:rsid w:val="4372E607"/>
    <w:rsid w:val="4E87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262C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55384"/>
    <w:pPr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4E8720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4AC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14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A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ACD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ACD"/>
    <w:rPr>
      <w:rFonts w:ascii="Calibri" w:hAnsi="Calibri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01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8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nam10.safelinks.protection.outlook.com/?url=https%3A%2F%2Fclinicallypressed.org%2Fcoldtub%2F&amp;data=05%7C02%7Crebecca.stearns%40uconn.edu%7Cf72a0eb0a4d34067bd7208ddad36e1b4%7C17f1a87e2a254eaab9df9d439034b080%7C0%7C0%7C638857173723485492%7CUnknown%7CTWFpbGZsb3d8eyJFbXB0eU1hcGkiOnRydWUsIlYiOiIwLjAuMDAwMCIsIlAiOiJXaW4zMiIsIkFOIjoiTWFpbCIsIldUIjoyfQ%3D%3D%7C0%7C%7C%7C&amp;sdata=U7DhGHwdbUUccC9XFsXbFO0qVNI9PcNg1L%2FaJAPur4Y%3D&amp;reserved=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m10.safelinks.protection.outlook.com/?url=https%3A%2F%2Fwww.aedgrant.com%2F&amp;data=05%7C02%7Crebecca.stearns%40uconn.edu%7Cf72a0eb0a4d34067bd7208ddad36e1b4%7C17f1a87e2a254eaab9df9d439034b080%7C0%7C0%7C638857173723458966%7CUnknown%7CTWFpbGZsb3d8eyJFbXB0eU1hcGkiOnRydWUsIlYiOiIwLjAuMDAwMCIsIlAiOiJXaW4zMiIsIkFOIjoiTWFpbCIsIldUIjoyfQ%3D%3D%7C0%7C%7C%7C&amp;sdata=Xi4VYbCAc9igd%2FbeugEt9GVTlVXIjTRbSeXcBlLjSm8%3D&amp;reserved=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bonfir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aheartbeat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ivebutter.com" TargetMode="External"/><Relationship Id="rId10" Type="http://schemas.openxmlformats.org/officeDocument/2006/relationships/hyperlink" Target="https://nam10.safelinks.protection.outlook.com/?url=https%3A%2F%2Fryanpowellmemorial.com%2F&amp;data=05%7C02%7Crebecca.stearns%40uconn.edu%7Cf72a0eb0a4d34067bd7208ddad36e1b4%7C17f1a87e2a254eaab9df9d439034b080%7C0%7C0%7C638857173723441007%7CUnknown%7CTWFpbGZsb3d8eyJFbXB0eU1hcGkiOnRydWUsIlYiOiIwLjAuMDAwMCIsIlAiOiJXaW4zMiIsIkFOIjoiTWFpbCIsIldUIjoyfQ%3D%3D%7C0%7C%7C%7C&amp;sdata=IaYpxF2MU%2Fk%2FHXadcZy1pTlHEPimiWp5yCx%2BasvOCGc%3D&amp;reserved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nam10.safelinks.protection.outlook.com/?url=https%3A%2F%2Fwww.oneshot.life%2F&amp;data=05%7C02%7Crebecca.stearns%40uconn.edu%7Cf72a0eb0a4d34067bd7208ddad36e1b4%7C17f1a87e2a254eaab9df9d439034b080%7C0%7C0%7C638857173723421971%7CUnknown%7CTWFpbGZsb3d8eyJFbXB0eU1hcGkiOnRydWUsIlYiOiIwLjAuMDAwMCIsIlAiOiJXaW4zMiIsIkFOIjoiTWFpbCIsIldUIjoyfQ%3D%3D%7C0%7C%7C%7C&amp;sdata=%2Bn%2FCJ3P1McBnngNxTm%2Bko8xlsQjG%2FtbBOIKRlNm2uKw%3D&amp;reserved=0" TargetMode="External"/><Relationship Id="rId14" Type="http://schemas.openxmlformats.org/officeDocument/2006/relationships/hyperlink" Target="https://kickstar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492</Words>
  <Characters>2807</Characters>
  <Application>Microsoft Office Word</Application>
  <DocSecurity>0</DocSecurity>
  <Lines>23</Lines>
  <Paragraphs>6</Paragraphs>
  <ScaleCrop>false</ScaleCrop>
  <Manager/>
  <Company/>
  <LinksUpToDate>false</LinksUpToDate>
  <CharactersWithSpaces>3293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Stearns, Rebecca</cp:lastModifiedBy>
  <cp:revision>8</cp:revision>
  <dcterms:created xsi:type="dcterms:W3CDTF">2025-08-04T15:32:00Z</dcterms:created>
  <dcterms:modified xsi:type="dcterms:W3CDTF">2025-08-05T19:06:00Z</dcterms:modified>
  <cp:category/>
</cp:coreProperties>
</file>